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D9857" w14:textId="77777777" w:rsidR="00713C8E" w:rsidRDefault="00713C8E">
      <w:pPr>
        <w:spacing w:after="20"/>
        <w:jc w:val="center"/>
        <w:rPr>
          <w:b/>
          <w:color w:val="801C2D"/>
          <w:sz w:val="20"/>
        </w:rPr>
      </w:pPr>
    </w:p>
    <w:p w14:paraId="5A938E9A" w14:textId="77777777" w:rsidR="00713C8E" w:rsidRDefault="00713C8E">
      <w:pPr>
        <w:spacing w:after="20"/>
        <w:jc w:val="center"/>
        <w:rPr>
          <w:b/>
          <w:color w:val="801C2D"/>
          <w:sz w:val="20"/>
        </w:rPr>
      </w:pPr>
    </w:p>
    <w:p w14:paraId="4BB1EC38" w14:textId="77777777" w:rsidR="00713C8E" w:rsidRDefault="00713C8E">
      <w:pPr>
        <w:spacing w:after="20"/>
        <w:jc w:val="center"/>
        <w:rPr>
          <w:b/>
          <w:color w:val="801C2D"/>
          <w:sz w:val="20"/>
        </w:rPr>
      </w:pPr>
    </w:p>
    <w:p w14:paraId="757ADF6D" w14:textId="77777777" w:rsidR="00713C8E" w:rsidRPr="00713C8E" w:rsidRDefault="00713C8E">
      <w:pPr>
        <w:spacing w:after="20"/>
        <w:jc w:val="center"/>
        <w:rPr>
          <w:b/>
          <w:color w:val="801C2D"/>
          <w:sz w:val="24"/>
          <w:szCs w:val="24"/>
        </w:rPr>
      </w:pPr>
    </w:p>
    <w:p w14:paraId="517FE3FC" w14:textId="35BE41CD" w:rsidR="00194560" w:rsidRPr="00713C8E" w:rsidRDefault="0002093B" w:rsidP="00713C8E">
      <w:pPr>
        <w:spacing w:after="20"/>
        <w:jc w:val="center"/>
        <w:rPr>
          <w:rFonts w:ascii="Calibri" w:hAnsi="Calibri" w:cs="Calibri"/>
          <w:b/>
          <w:sz w:val="24"/>
          <w:szCs w:val="24"/>
        </w:rPr>
      </w:pPr>
      <w:r w:rsidRPr="00713C8E">
        <w:rPr>
          <w:rFonts w:ascii="Calibri" w:hAnsi="Calibri" w:cs="Calibri"/>
          <w:b/>
          <w:sz w:val="24"/>
          <w:szCs w:val="24"/>
        </w:rPr>
        <w:t>PROGETTO “LABORATORIO E COMPETENZE D’IMPRESA</w:t>
      </w:r>
      <w:r w:rsidR="00713C8E" w:rsidRPr="00713C8E">
        <w:rPr>
          <w:rFonts w:ascii="Calibri" w:hAnsi="Calibri" w:cs="Calibri"/>
          <w:b/>
          <w:sz w:val="24"/>
          <w:szCs w:val="24"/>
        </w:rPr>
        <w:t xml:space="preserve"> </w:t>
      </w:r>
      <w:r w:rsidRPr="00713C8E">
        <w:rPr>
          <w:rFonts w:ascii="Calibri" w:hAnsi="Calibri" w:cs="Calibri"/>
          <w:b/>
          <w:sz w:val="24"/>
          <w:szCs w:val="24"/>
        </w:rPr>
        <w:t>PER IL COMMERCIO E I SERVIZI”</w:t>
      </w:r>
    </w:p>
    <w:p w14:paraId="41956849" w14:textId="77777777" w:rsidR="00713C8E" w:rsidRPr="00713C8E" w:rsidRDefault="00713C8E" w:rsidP="00713C8E">
      <w:pPr>
        <w:spacing w:after="20"/>
        <w:jc w:val="center"/>
        <w:rPr>
          <w:rFonts w:ascii="Calibri" w:hAnsi="Calibri" w:cs="Calibri"/>
          <w:sz w:val="10"/>
          <w:szCs w:val="10"/>
        </w:rPr>
      </w:pPr>
    </w:p>
    <w:p w14:paraId="325A283E" w14:textId="77777777" w:rsidR="00194560" w:rsidRPr="00713C8E" w:rsidRDefault="0002093B">
      <w:pPr>
        <w:spacing w:after="120"/>
        <w:jc w:val="center"/>
        <w:rPr>
          <w:rFonts w:ascii="Calibri" w:hAnsi="Calibri" w:cs="Calibri"/>
          <w:b/>
          <w:i/>
          <w:sz w:val="24"/>
          <w:szCs w:val="24"/>
        </w:rPr>
      </w:pPr>
      <w:r w:rsidRPr="00713C8E">
        <w:rPr>
          <w:rFonts w:ascii="Calibri" w:hAnsi="Calibri" w:cs="Calibri"/>
          <w:b/>
          <w:i/>
          <w:sz w:val="24"/>
          <w:szCs w:val="24"/>
        </w:rPr>
        <w:t>MODULO DI ISCRIZIONE – 1ª EDIZIONE | GENNAIO–MARZO 2027</w:t>
      </w:r>
    </w:p>
    <w:p w14:paraId="6010B6BD" w14:textId="77777777" w:rsidR="00713C8E" w:rsidRPr="00713C8E" w:rsidRDefault="00713C8E">
      <w:pPr>
        <w:spacing w:after="120"/>
        <w:jc w:val="center"/>
        <w:rPr>
          <w:rFonts w:ascii="Calibri" w:hAnsi="Calibri" w:cs="Calibri"/>
          <w:sz w:val="22"/>
        </w:rPr>
      </w:pPr>
    </w:p>
    <w:p w14:paraId="47C6A95D" w14:textId="77777777" w:rsidR="00194560" w:rsidRPr="00713C8E" w:rsidRDefault="0002093B" w:rsidP="00713C8E">
      <w:pPr>
        <w:jc w:val="both"/>
        <w:rPr>
          <w:rFonts w:ascii="Calibri" w:hAnsi="Calibri" w:cs="Calibri"/>
          <w:sz w:val="22"/>
        </w:rPr>
      </w:pPr>
      <w:r w:rsidRPr="00713C8E">
        <w:rPr>
          <w:rFonts w:ascii="Calibri" w:hAnsi="Calibri" w:cs="Calibri"/>
          <w:b/>
          <w:sz w:val="22"/>
        </w:rPr>
        <w:t xml:space="preserve">La </w:t>
      </w:r>
      <w:proofErr w:type="spellStart"/>
      <w:r w:rsidRPr="00713C8E">
        <w:rPr>
          <w:rFonts w:ascii="Calibri" w:hAnsi="Calibri" w:cs="Calibri"/>
          <w:b/>
          <w:sz w:val="22"/>
        </w:rPr>
        <w:t>partecipazione</w:t>
      </w:r>
      <w:proofErr w:type="spellEnd"/>
      <w:r w:rsidRPr="00713C8E">
        <w:rPr>
          <w:rFonts w:ascii="Calibri" w:hAnsi="Calibri" w:cs="Calibri"/>
          <w:b/>
          <w:sz w:val="22"/>
        </w:rPr>
        <w:t xml:space="preserve"> ai </w:t>
      </w:r>
      <w:proofErr w:type="spellStart"/>
      <w:r w:rsidRPr="00713C8E">
        <w:rPr>
          <w:rFonts w:ascii="Calibri" w:hAnsi="Calibri" w:cs="Calibri"/>
          <w:b/>
          <w:sz w:val="22"/>
        </w:rPr>
        <w:t>corsi</w:t>
      </w:r>
      <w:proofErr w:type="spellEnd"/>
      <w:r w:rsidRPr="00713C8E">
        <w:rPr>
          <w:rFonts w:ascii="Calibri" w:hAnsi="Calibri" w:cs="Calibri"/>
          <w:b/>
          <w:sz w:val="22"/>
        </w:rPr>
        <w:t xml:space="preserve"> è </w:t>
      </w:r>
      <w:proofErr w:type="spellStart"/>
      <w:r w:rsidRPr="00713C8E">
        <w:rPr>
          <w:rFonts w:ascii="Calibri" w:hAnsi="Calibri" w:cs="Calibri"/>
          <w:b/>
          <w:sz w:val="22"/>
        </w:rPr>
        <w:t>gratuita</w:t>
      </w:r>
      <w:proofErr w:type="spellEnd"/>
      <w:r w:rsidRPr="00713C8E">
        <w:rPr>
          <w:rFonts w:ascii="Calibri" w:hAnsi="Calibri" w:cs="Calibri"/>
          <w:b/>
          <w:sz w:val="22"/>
        </w:rPr>
        <w:t xml:space="preserve"> ed è </w:t>
      </w:r>
      <w:proofErr w:type="spellStart"/>
      <w:r w:rsidRPr="00713C8E">
        <w:rPr>
          <w:rFonts w:ascii="Calibri" w:hAnsi="Calibri" w:cs="Calibri"/>
          <w:b/>
          <w:sz w:val="22"/>
        </w:rPr>
        <w:t>subordinata</w:t>
      </w:r>
      <w:proofErr w:type="spellEnd"/>
      <w:r w:rsidRPr="00713C8E">
        <w:rPr>
          <w:rFonts w:ascii="Calibri" w:hAnsi="Calibri" w:cs="Calibri"/>
          <w:b/>
          <w:sz w:val="22"/>
        </w:rPr>
        <w:t xml:space="preserve"> </w:t>
      </w:r>
      <w:proofErr w:type="spellStart"/>
      <w:r w:rsidRPr="00713C8E">
        <w:rPr>
          <w:rFonts w:ascii="Calibri" w:hAnsi="Calibri" w:cs="Calibri"/>
          <w:b/>
          <w:sz w:val="22"/>
        </w:rPr>
        <w:t>alla</w:t>
      </w:r>
      <w:proofErr w:type="spellEnd"/>
      <w:r w:rsidRPr="00713C8E">
        <w:rPr>
          <w:rFonts w:ascii="Calibri" w:hAnsi="Calibri" w:cs="Calibri"/>
          <w:b/>
          <w:sz w:val="22"/>
        </w:rPr>
        <w:t xml:space="preserve"> </w:t>
      </w:r>
      <w:proofErr w:type="spellStart"/>
      <w:r w:rsidRPr="00713C8E">
        <w:rPr>
          <w:rFonts w:ascii="Calibri" w:hAnsi="Calibri" w:cs="Calibri"/>
          <w:b/>
          <w:sz w:val="22"/>
        </w:rPr>
        <w:t>disponibilità</w:t>
      </w:r>
      <w:proofErr w:type="spellEnd"/>
      <w:r w:rsidRPr="00713C8E">
        <w:rPr>
          <w:rFonts w:ascii="Calibri" w:hAnsi="Calibri" w:cs="Calibri"/>
          <w:b/>
          <w:sz w:val="22"/>
        </w:rPr>
        <w:t xml:space="preserve"> </w:t>
      </w:r>
      <w:proofErr w:type="spellStart"/>
      <w:r w:rsidRPr="00713C8E">
        <w:rPr>
          <w:rFonts w:ascii="Calibri" w:hAnsi="Calibri" w:cs="Calibri"/>
          <w:b/>
          <w:sz w:val="22"/>
        </w:rPr>
        <w:t>dei</w:t>
      </w:r>
      <w:proofErr w:type="spellEnd"/>
      <w:r w:rsidRPr="00713C8E">
        <w:rPr>
          <w:rFonts w:ascii="Calibri" w:hAnsi="Calibri" w:cs="Calibri"/>
          <w:b/>
          <w:sz w:val="22"/>
        </w:rPr>
        <w:t xml:space="preserve"> </w:t>
      </w:r>
      <w:proofErr w:type="spellStart"/>
      <w:r w:rsidRPr="00713C8E">
        <w:rPr>
          <w:rFonts w:ascii="Calibri" w:hAnsi="Calibri" w:cs="Calibri"/>
          <w:b/>
          <w:sz w:val="22"/>
        </w:rPr>
        <w:t>posti</w:t>
      </w:r>
      <w:proofErr w:type="spellEnd"/>
      <w:r w:rsidRPr="00713C8E">
        <w:rPr>
          <w:rFonts w:ascii="Calibri" w:hAnsi="Calibri" w:cs="Calibri"/>
          <w:b/>
          <w:sz w:val="22"/>
        </w:rPr>
        <w:t xml:space="preserve">. </w:t>
      </w:r>
      <w:r w:rsidRPr="00713C8E">
        <w:rPr>
          <w:rFonts w:ascii="Calibri" w:hAnsi="Calibri" w:cs="Calibri"/>
          <w:sz w:val="22"/>
        </w:rPr>
        <w:t xml:space="preserve">I </w:t>
      </w:r>
      <w:proofErr w:type="spellStart"/>
      <w:r w:rsidRPr="00713C8E">
        <w:rPr>
          <w:rFonts w:ascii="Calibri" w:hAnsi="Calibri" w:cs="Calibri"/>
          <w:sz w:val="22"/>
        </w:rPr>
        <w:t>percorsi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sono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rivolti</w:t>
      </w:r>
      <w:proofErr w:type="spellEnd"/>
      <w:r w:rsidRPr="00713C8E">
        <w:rPr>
          <w:rFonts w:ascii="Calibri" w:hAnsi="Calibri" w:cs="Calibri"/>
          <w:sz w:val="22"/>
        </w:rPr>
        <w:t xml:space="preserve"> in via </w:t>
      </w:r>
      <w:proofErr w:type="spellStart"/>
      <w:r w:rsidRPr="00713C8E">
        <w:rPr>
          <w:rFonts w:ascii="Calibri" w:hAnsi="Calibri" w:cs="Calibri"/>
          <w:sz w:val="22"/>
        </w:rPr>
        <w:t>prioritaria</w:t>
      </w:r>
      <w:proofErr w:type="spellEnd"/>
      <w:r w:rsidRPr="00713C8E">
        <w:rPr>
          <w:rFonts w:ascii="Calibri" w:hAnsi="Calibri" w:cs="Calibri"/>
          <w:sz w:val="22"/>
        </w:rPr>
        <w:t xml:space="preserve"> alle </w:t>
      </w:r>
      <w:proofErr w:type="spellStart"/>
      <w:r w:rsidRPr="00713C8E">
        <w:rPr>
          <w:rFonts w:ascii="Calibri" w:hAnsi="Calibri" w:cs="Calibri"/>
          <w:sz w:val="22"/>
        </w:rPr>
        <w:t>imprese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operanti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nel</w:t>
      </w:r>
      <w:proofErr w:type="spellEnd"/>
      <w:r w:rsidRPr="00713C8E">
        <w:rPr>
          <w:rFonts w:ascii="Calibri" w:hAnsi="Calibri" w:cs="Calibri"/>
          <w:sz w:val="22"/>
        </w:rPr>
        <w:t xml:space="preserve"> Comune di Cavallino-Treporti e ai </w:t>
      </w:r>
      <w:proofErr w:type="spellStart"/>
      <w:r w:rsidRPr="00713C8E">
        <w:rPr>
          <w:rFonts w:ascii="Calibri" w:hAnsi="Calibri" w:cs="Calibri"/>
          <w:sz w:val="22"/>
        </w:rPr>
        <w:t>cittadini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residenti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nel</w:t>
      </w:r>
      <w:proofErr w:type="spellEnd"/>
      <w:r w:rsidRPr="00713C8E">
        <w:rPr>
          <w:rFonts w:ascii="Calibri" w:hAnsi="Calibri" w:cs="Calibri"/>
          <w:sz w:val="22"/>
        </w:rPr>
        <w:t xml:space="preserve"> Comune. È </w:t>
      </w:r>
      <w:proofErr w:type="spellStart"/>
      <w:r w:rsidRPr="00713C8E">
        <w:rPr>
          <w:rFonts w:ascii="Calibri" w:hAnsi="Calibri" w:cs="Calibri"/>
          <w:sz w:val="22"/>
        </w:rPr>
        <w:t>possibile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iscriversi</w:t>
      </w:r>
      <w:proofErr w:type="spellEnd"/>
      <w:r w:rsidRPr="00713C8E">
        <w:rPr>
          <w:rFonts w:ascii="Calibri" w:hAnsi="Calibri" w:cs="Calibri"/>
          <w:sz w:val="22"/>
        </w:rPr>
        <w:t xml:space="preserve"> a uno o </w:t>
      </w:r>
      <w:proofErr w:type="spellStart"/>
      <w:r w:rsidRPr="00713C8E">
        <w:rPr>
          <w:rFonts w:ascii="Calibri" w:hAnsi="Calibri" w:cs="Calibri"/>
          <w:sz w:val="22"/>
        </w:rPr>
        <w:t>più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percorsi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formativi</w:t>
      </w:r>
      <w:proofErr w:type="spellEnd"/>
      <w:r w:rsidRPr="00713C8E">
        <w:rPr>
          <w:rFonts w:ascii="Calibri" w:hAnsi="Calibri" w:cs="Calibri"/>
          <w:sz w:val="22"/>
        </w:rPr>
        <w:t xml:space="preserve">. Date, </w:t>
      </w:r>
      <w:proofErr w:type="spellStart"/>
      <w:r w:rsidRPr="00713C8E">
        <w:rPr>
          <w:rFonts w:ascii="Calibri" w:hAnsi="Calibri" w:cs="Calibri"/>
          <w:sz w:val="22"/>
        </w:rPr>
        <w:t>orari</w:t>
      </w:r>
      <w:proofErr w:type="spellEnd"/>
      <w:r w:rsidRPr="00713C8E">
        <w:rPr>
          <w:rFonts w:ascii="Calibri" w:hAnsi="Calibri" w:cs="Calibri"/>
          <w:sz w:val="22"/>
        </w:rPr>
        <w:t xml:space="preserve">, </w:t>
      </w:r>
      <w:proofErr w:type="spellStart"/>
      <w:r w:rsidRPr="00713C8E">
        <w:rPr>
          <w:rFonts w:ascii="Calibri" w:hAnsi="Calibri" w:cs="Calibri"/>
          <w:sz w:val="22"/>
        </w:rPr>
        <w:t>sedi</w:t>
      </w:r>
      <w:proofErr w:type="spellEnd"/>
      <w:r w:rsidRPr="00713C8E">
        <w:rPr>
          <w:rFonts w:ascii="Calibri" w:hAnsi="Calibri" w:cs="Calibri"/>
          <w:sz w:val="22"/>
        </w:rPr>
        <w:t xml:space="preserve"> ed </w:t>
      </w:r>
      <w:proofErr w:type="spellStart"/>
      <w:r w:rsidRPr="00713C8E">
        <w:rPr>
          <w:rFonts w:ascii="Calibri" w:hAnsi="Calibri" w:cs="Calibri"/>
          <w:sz w:val="22"/>
        </w:rPr>
        <w:t>eventuali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variazioni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saranno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comunicati</w:t>
      </w:r>
      <w:proofErr w:type="spellEnd"/>
      <w:r w:rsidRPr="00713C8E">
        <w:rPr>
          <w:rFonts w:ascii="Calibri" w:hAnsi="Calibri" w:cs="Calibri"/>
          <w:sz w:val="22"/>
        </w:rPr>
        <w:t xml:space="preserve"> ai </w:t>
      </w:r>
      <w:proofErr w:type="spellStart"/>
      <w:r w:rsidRPr="00713C8E">
        <w:rPr>
          <w:rFonts w:ascii="Calibri" w:hAnsi="Calibri" w:cs="Calibri"/>
          <w:sz w:val="22"/>
        </w:rPr>
        <w:t>recapiti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indicati</w:t>
      </w:r>
      <w:proofErr w:type="spellEnd"/>
      <w:r w:rsidRPr="00713C8E">
        <w:rPr>
          <w:rFonts w:ascii="Calibri" w:hAnsi="Calibri" w:cs="Calibri"/>
          <w:sz w:val="22"/>
        </w:rPr>
        <w:t>.</w:t>
      </w:r>
    </w:p>
    <w:p w14:paraId="2B5C42A2" w14:textId="77777777" w:rsidR="00194560" w:rsidRPr="00713C8E" w:rsidRDefault="0002093B">
      <w:pPr>
        <w:rPr>
          <w:rFonts w:ascii="Calibri" w:hAnsi="Calibri" w:cs="Calibri"/>
          <w:sz w:val="22"/>
        </w:rPr>
      </w:pPr>
      <w:proofErr w:type="spellStart"/>
      <w:r w:rsidRPr="00713C8E">
        <w:rPr>
          <w:rFonts w:ascii="Calibri" w:hAnsi="Calibri" w:cs="Calibri"/>
          <w:i/>
          <w:sz w:val="22"/>
        </w:rPr>
        <w:t>Compilare</w:t>
      </w:r>
      <w:proofErr w:type="spellEnd"/>
      <w:r w:rsidRPr="00713C8E">
        <w:rPr>
          <w:rFonts w:ascii="Calibri" w:hAnsi="Calibri" w:cs="Calibri"/>
          <w:i/>
          <w:sz w:val="22"/>
        </w:rPr>
        <w:t xml:space="preserve"> in </w:t>
      </w:r>
      <w:proofErr w:type="spellStart"/>
      <w:r w:rsidRPr="00713C8E">
        <w:rPr>
          <w:rFonts w:ascii="Calibri" w:hAnsi="Calibri" w:cs="Calibri"/>
          <w:i/>
          <w:sz w:val="22"/>
        </w:rPr>
        <w:t>stampatello</w:t>
      </w:r>
      <w:proofErr w:type="spellEnd"/>
      <w:r w:rsidRPr="00713C8E">
        <w:rPr>
          <w:rFonts w:ascii="Calibri" w:hAnsi="Calibri" w:cs="Calibri"/>
          <w:i/>
          <w:sz w:val="22"/>
        </w:rPr>
        <w:t xml:space="preserve">. I </w:t>
      </w:r>
      <w:proofErr w:type="spellStart"/>
      <w:r w:rsidRPr="00713C8E">
        <w:rPr>
          <w:rFonts w:ascii="Calibri" w:hAnsi="Calibri" w:cs="Calibri"/>
          <w:i/>
          <w:sz w:val="22"/>
        </w:rPr>
        <w:t>campi</w:t>
      </w:r>
      <w:proofErr w:type="spellEnd"/>
      <w:r w:rsidRPr="00713C8E">
        <w:rPr>
          <w:rFonts w:ascii="Calibri" w:hAnsi="Calibri" w:cs="Calibri"/>
          <w:i/>
          <w:sz w:val="22"/>
        </w:rPr>
        <w:t xml:space="preserve"> </w:t>
      </w:r>
      <w:proofErr w:type="spellStart"/>
      <w:r w:rsidRPr="00713C8E">
        <w:rPr>
          <w:rFonts w:ascii="Calibri" w:hAnsi="Calibri" w:cs="Calibri"/>
          <w:i/>
          <w:sz w:val="22"/>
        </w:rPr>
        <w:t>contrassegnati</w:t>
      </w:r>
      <w:proofErr w:type="spellEnd"/>
      <w:r w:rsidRPr="00713C8E">
        <w:rPr>
          <w:rFonts w:ascii="Calibri" w:hAnsi="Calibri" w:cs="Calibri"/>
          <w:i/>
          <w:sz w:val="22"/>
        </w:rPr>
        <w:t xml:space="preserve"> con * </w:t>
      </w:r>
      <w:proofErr w:type="spellStart"/>
      <w:r w:rsidRPr="00713C8E">
        <w:rPr>
          <w:rFonts w:ascii="Calibri" w:hAnsi="Calibri" w:cs="Calibri"/>
          <w:i/>
          <w:sz w:val="22"/>
        </w:rPr>
        <w:t>sono</w:t>
      </w:r>
      <w:proofErr w:type="spellEnd"/>
      <w:r w:rsidRPr="00713C8E">
        <w:rPr>
          <w:rFonts w:ascii="Calibri" w:hAnsi="Calibri" w:cs="Calibri"/>
          <w:i/>
          <w:sz w:val="22"/>
        </w:rPr>
        <w:t xml:space="preserve"> </w:t>
      </w:r>
      <w:proofErr w:type="spellStart"/>
      <w:r w:rsidRPr="00713C8E">
        <w:rPr>
          <w:rFonts w:ascii="Calibri" w:hAnsi="Calibri" w:cs="Calibri"/>
          <w:i/>
          <w:sz w:val="22"/>
        </w:rPr>
        <w:t>obbligatori</w:t>
      </w:r>
      <w:proofErr w:type="spellEnd"/>
      <w:r w:rsidRPr="00713C8E">
        <w:rPr>
          <w:rFonts w:ascii="Calibri" w:hAnsi="Calibri" w:cs="Calibri"/>
          <w:i/>
          <w:sz w:val="22"/>
        </w:rPr>
        <w:t>.</w:t>
      </w:r>
    </w:p>
    <w:p w14:paraId="0D74FF45" w14:textId="77777777" w:rsidR="00194560" w:rsidRPr="00713C8E" w:rsidRDefault="0002093B">
      <w:pPr>
        <w:pBdr>
          <w:bottom w:val="single" w:sz="6" w:space="2" w:color="9A1B32"/>
        </w:pBdr>
        <w:spacing w:before="100"/>
        <w:rPr>
          <w:rFonts w:ascii="Calibri" w:hAnsi="Calibri" w:cs="Calibri"/>
          <w:sz w:val="22"/>
        </w:rPr>
      </w:pPr>
      <w:r w:rsidRPr="00713C8E">
        <w:rPr>
          <w:rFonts w:ascii="Calibri" w:hAnsi="Calibri" w:cs="Calibri"/>
          <w:b/>
          <w:color w:val="801C2D"/>
          <w:sz w:val="22"/>
        </w:rPr>
        <w:t>1. DATI DEL PARTECIPANTE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8576"/>
      </w:tblGrid>
      <w:tr w:rsidR="00194560" w:rsidRPr="00713C8E" w14:paraId="2B195ED9" w14:textId="77777777" w:rsidTr="00713C8E">
        <w:trPr>
          <w:trHeight w:val="518"/>
          <w:jc w:val="center"/>
        </w:trPr>
        <w:tc>
          <w:tcPr>
            <w:tcW w:w="1696" w:type="dxa"/>
            <w:shd w:val="clear" w:color="auto" w:fill="F4F4F4"/>
            <w:vAlign w:val="center"/>
          </w:tcPr>
          <w:p w14:paraId="5C71B94E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Cognome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*</w:t>
            </w:r>
          </w:p>
        </w:tc>
        <w:tc>
          <w:tcPr>
            <w:tcW w:w="8576" w:type="dxa"/>
            <w:vAlign w:val="center"/>
          </w:tcPr>
          <w:p w14:paraId="11DECADE" w14:textId="5CF1F9C5" w:rsidR="00194560" w:rsidRPr="00713C8E" w:rsidRDefault="00194560">
            <w:pPr>
              <w:spacing w:after="20"/>
              <w:rPr>
                <w:rFonts w:ascii="Calibri" w:hAnsi="Calibri" w:cs="Calibri"/>
                <w:sz w:val="22"/>
              </w:rPr>
            </w:pPr>
          </w:p>
        </w:tc>
      </w:tr>
      <w:tr w:rsidR="00194560" w:rsidRPr="00713C8E" w14:paraId="143CBB01" w14:textId="77777777" w:rsidTr="00713C8E">
        <w:trPr>
          <w:trHeight w:val="412"/>
          <w:jc w:val="center"/>
        </w:trPr>
        <w:tc>
          <w:tcPr>
            <w:tcW w:w="1696" w:type="dxa"/>
            <w:shd w:val="clear" w:color="auto" w:fill="F4F4F4"/>
            <w:vAlign w:val="center"/>
          </w:tcPr>
          <w:p w14:paraId="07586727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Calibri" w:hAnsi="Calibri" w:cs="Calibri"/>
                <w:b/>
                <w:sz w:val="22"/>
              </w:rPr>
              <w:t>Nome *</w:t>
            </w:r>
          </w:p>
        </w:tc>
        <w:tc>
          <w:tcPr>
            <w:tcW w:w="8576" w:type="dxa"/>
            <w:vAlign w:val="center"/>
          </w:tcPr>
          <w:p w14:paraId="6579FF1C" w14:textId="49EC2EBF" w:rsidR="00194560" w:rsidRPr="00713C8E" w:rsidRDefault="00194560">
            <w:pPr>
              <w:spacing w:after="20"/>
              <w:rPr>
                <w:rFonts w:ascii="Calibri" w:hAnsi="Calibri" w:cs="Calibri"/>
                <w:sz w:val="22"/>
              </w:rPr>
            </w:pPr>
          </w:p>
        </w:tc>
      </w:tr>
      <w:tr w:rsidR="00194560" w:rsidRPr="00713C8E" w14:paraId="17421F2E" w14:textId="77777777" w:rsidTr="00713C8E">
        <w:trPr>
          <w:trHeight w:val="418"/>
          <w:jc w:val="center"/>
        </w:trPr>
        <w:tc>
          <w:tcPr>
            <w:tcW w:w="1696" w:type="dxa"/>
            <w:shd w:val="clear" w:color="auto" w:fill="F4F4F4"/>
            <w:vAlign w:val="center"/>
          </w:tcPr>
          <w:p w14:paraId="78DEC311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Telefono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*</w:t>
            </w:r>
          </w:p>
        </w:tc>
        <w:tc>
          <w:tcPr>
            <w:tcW w:w="8576" w:type="dxa"/>
            <w:vAlign w:val="center"/>
          </w:tcPr>
          <w:p w14:paraId="14EE5BBD" w14:textId="07963A0C" w:rsidR="00194560" w:rsidRPr="00713C8E" w:rsidRDefault="00194560">
            <w:pPr>
              <w:spacing w:after="20"/>
              <w:rPr>
                <w:rFonts w:ascii="Calibri" w:hAnsi="Calibri" w:cs="Calibri"/>
                <w:sz w:val="22"/>
              </w:rPr>
            </w:pPr>
          </w:p>
        </w:tc>
      </w:tr>
      <w:tr w:rsidR="00194560" w:rsidRPr="00713C8E" w14:paraId="34C5F875" w14:textId="77777777" w:rsidTr="00713C8E">
        <w:trPr>
          <w:trHeight w:val="410"/>
          <w:jc w:val="center"/>
        </w:trPr>
        <w:tc>
          <w:tcPr>
            <w:tcW w:w="1696" w:type="dxa"/>
            <w:shd w:val="clear" w:color="auto" w:fill="F4F4F4"/>
            <w:vAlign w:val="center"/>
          </w:tcPr>
          <w:p w14:paraId="5EB2E00E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Calibri" w:hAnsi="Calibri" w:cs="Calibri"/>
                <w:b/>
                <w:sz w:val="22"/>
              </w:rPr>
              <w:t>E-mail *</w:t>
            </w:r>
          </w:p>
        </w:tc>
        <w:tc>
          <w:tcPr>
            <w:tcW w:w="8576" w:type="dxa"/>
            <w:vAlign w:val="center"/>
          </w:tcPr>
          <w:p w14:paraId="0F4A69B5" w14:textId="293D91FD" w:rsidR="00194560" w:rsidRPr="00713C8E" w:rsidRDefault="00194560">
            <w:pPr>
              <w:spacing w:after="20"/>
              <w:rPr>
                <w:rFonts w:ascii="Calibri" w:hAnsi="Calibri" w:cs="Calibri"/>
                <w:sz w:val="22"/>
              </w:rPr>
            </w:pPr>
          </w:p>
        </w:tc>
      </w:tr>
      <w:tr w:rsidR="00194560" w:rsidRPr="00713C8E" w14:paraId="6E7F1D5C" w14:textId="77777777" w:rsidTr="00713C8E">
        <w:trPr>
          <w:jc w:val="center"/>
        </w:trPr>
        <w:tc>
          <w:tcPr>
            <w:tcW w:w="1696" w:type="dxa"/>
            <w:shd w:val="clear" w:color="auto" w:fill="F4F4F4"/>
            <w:vAlign w:val="center"/>
          </w:tcPr>
          <w:p w14:paraId="29D960B8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Calibri" w:hAnsi="Calibri" w:cs="Calibri"/>
                <w:b/>
                <w:sz w:val="22"/>
              </w:rPr>
              <w:t xml:space="preserve">In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qualità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di *</w:t>
            </w:r>
          </w:p>
        </w:tc>
        <w:tc>
          <w:tcPr>
            <w:tcW w:w="8576" w:type="dxa"/>
            <w:vAlign w:val="center"/>
          </w:tcPr>
          <w:p w14:paraId="13603FE0" w14:textId="2A20A001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Segoe UI Symbol" w:hAnsi="Segoe UI Symbol" w:cs="Segoe UI Symbol"/>
                <w:sz w:val="22"/>
              </w:rPr>
              <w:t>☐</w:t>
            </w:r>
            <w:r w:rsidRPr="00713C8E">
              <w:rPr>
                <w:rFonts w:ascii="Calibri" w:hAnsi="Calibri" w:cs="Calibri"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Titolare</w:t>
            </w:r>
            <w:proofErr w:type="spellEnd"/>
            <w:r w:rsidRPr="00713C8E">
              <w:rPr>
                <w:rFonts w:ascii="Calibri" w:hAnsi="Calibri" w:cs="Calibri"/>
                <w:sz w:val="22"/>
              </w:rPr>
              <w:t>/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legale</w:t>
            </w:r>
            <w:proofErr w:type="spellEnd"/>
            <w:r w:rsidRPr="00713C8E">
              <w:rPr>
                <w:rFonts w:ascii="Calibri" w:hAnsi="Calibri" w:cs="Calibri"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rappresentante</w:t>
            </w:r>
            <w:proofErr w:type="spellEnd"/>
            <w:r w:rsidRPr="00713C8E">
              <w:rPr>
                <w:rFonts w:ascii="Calibri" w:hAnsi="Calibri" w:cs="Calibri"/>
                <w:sz w:val="22"/>
              </w:rPr>
              <w:t xml:space="preserve">   </w:t>
            </w:r>
            <w:r w:rsidRPr="00713C8E">
              <w:rPr>
                <w:rFonts w:ascii="Segoe UI Symbol" w:hAnsi="Segoe UI Symbol" w:cs="Segoe UI Symbol"/>
                <w:sz w:val="22"/>
              </w:rPr>
              <w:t>☐</w:t>
            </w:r>
            <w:r w:rsidRPr="00713C8E">
              <w:rPr>
                <w:rFonts w:ascii="Calibri" w:hAnsi="Calibri" w:cs="Calibri"/>
                <w:sz w:val="22"/>
              </w:rPr>
              <w:t xml:space="preserve"> Socio/a   </w:t>
            </w:r>
            <w:r w:rsidRPr="00713C8E">
              <w:rPr>
                <w:rFonts w:ascii="Segoe UI Symbol" w:hAnsi="Segoe UI Symbol" w:cs="Segoe UI Symbol"/>
                <w:sz w:val="22"/>
              </w:rPr>
              <w:t>☐</w:t>
            </w:r>
            <w:r w:rsidRPr="00713C8E">
              <w:rPr>
                <w:rFonts w:ascii="Calibri" w:hAnsi="Calibri" w:cs="Calibri"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Collaboratore</w:t>
            </w:r>
            <w:proofErr w:type="spellEnd"/>
            <w:r w:rsidRPr="00713C8E">
              <w:rPr>
                <w:rFonts w:ascii="Calibri" w:hAnsi="Calibri" w:cs="Calibri"/>
                <w:sz w:val="22"/>
              </w:rPr>
              <w:t xml:space="preserve">/trice   </w:t>
            </w:r>
            <w:r w:rsidRPr="00713C8E">
              <w:rPr>
                <w:rFonts w:ascii="Segoe UI Symbol" w:hAnsi="Segoe UI Symbol" w:cs="Segoe UI Symbol"/>
                <w:sz w:val="22"/>
              </w:rPr>
              <w:t>☐</w:t>
            </w:r>
            <w:r w:rsidRPr="00713C8E">
              <w:rPr>
                <w:rFonts w:ascii="Calibri" w:hAnsi="Calibri" w:cs="Calibri"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Dipendente</w:t>
            </w:r>
            <w:proofErr w:type="spellEnd"/>
            <w:r w:rsidRPr="00713C8E">
              <w:rPr>
                <w:rFonts w:ascii="Calibri" w:hAnsi="Calibri" w:cs="Calibri"/>
                <w:sz w:val="22"/>
              </w:rPr>
              <w:t xml:space="preserve">   </w:t>
            </w:r>
            <w:r w:rsidRPr="00713C8E">
              <w:rPr>
                <w:rFonts w:ascii="Segoe UI Symbol" w:hAnsi="Segoe UI Symbol" w:cs="Segoe UI Symbol"/>
                <w:sz w:val="22"/>
              </w:rPr>
              <w:t>☐</w:t>
            </w:r>
            <w:r w:rsidRPr="00713C8E">
              <w:rPr>
                <w:rFonts w:ascii="Calibri" w:hAnsi="Calibri" w:cs="Calibri"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Altro</w:t>
            </w:r>
            <w:proofErr w:type="spellEnd"/>
            <w:r w:rsidRPr="00713C8E">
              <w:rPr>
                <w:rFonts w:ascii="Calibri" w:hAnsi="Calibri" w:cs="Calibri"/>
                <w:sz w:val="22"/>
              </w:rPr>
              <w:t xml:space="preserve">: </w:t>
            </w:r>
          </w:p>
        </w:tc>
      </w:tr>
    </w:tbl>
    <w:p w14:paraId="680E9430" w14:textId="77777777" w:rsidR="00713C8E" w:rsidRDefault="00713C8E">
      <w:pPr>
        <w:pBdr>
          <w:bottom w:val="single" w:sz="6" w:space="2" w:color="9A1B32"/>
        </w:pBdr>
        <w:spacing w:before="100"/>
        <w:rPr>
          <w:rFonts w:ascii="Calibri" w:hAnsi="Calibri" w:cs="Calibri"/>
          <w:b/>
          <w:color w:val="801C2D"/>
          <w:sz w:val="22"/>
        </w:rPr>
      </w:pPr>
    </w:p>
    <w:p w14:paraId="1D9639FA" w14:textId="27A10A22" w:rsidR="00194560" w:rsidRPr="00713C8E" w:rsidRDefault="0002093B">
      <w:pPr>
        <w:pBdr>
          <w:bottom w:val="single" w:sz="6" w:space="2" w:color="9A1B32"/>
        </w:pBdr>
        <w:spacing w:before="100"/>
        <w:rPr>
          <w:rFonts w:ascii="Calibri" w:hAnsi="Calibri" w:cs="Calibri"/>
          <w:sz w:val="22"/>
        </w:rPr>
      </w:pPr>
      <w:r w:rsidRPr="00713C8E">
        <w:rPr>
          <w:rFonts w:ascii="Calibri" w:hAnsi="Calibri" w:cs="Calibri"/>
          <w:b/>
          <w:color w:val="801C2D"/>
          <w:sz w:val="22"/>
        </w:rPr>
        <w:t>2. DATI DELL’IMPRESA / ATTIVITÀ (SE APPLICABILE)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964"/>
        <w:gridCol w:w="6308"/>
      </w:tblGrid>
      <w:tr w:rsidR="00194560" w:rsidRPr="00713C8E" w14:paraId="140399CD" w14:textId="77777777" w:rsidTr="00713C8E">
        <w:trPr>
          <w:trHeight w:val="418"/>
          <w:jc w:val="center"/>
        </w:trPr>
        <w:tc>
          <w:tcPr>
            <w:tcW w:w="3964" w:type="dxa"/>
            <w:shd w:val="clear" w:color="auto" w:fill="F4F4F4"/>
            <w:vAlign w:val="center"/>
          </w:tcPr>
          <w:p w14:paraId="273AE07F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Denominazione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/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ragione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sociale</w:t>
            </w:r>
            <w:proofErr w:type="spellEnd"/>
          </w:p>
        </w:tc>
        <w:tc>
          <w:tcPr>
            <w:tcW w:w="6308" w:type="dxa"/>
            <w:vAlign w:val="center"/>
          </w:tcPr>
          <w:p w14:paraId="18C33637" w14:textId="52B5853F" w:rsidR="00194560" w:rsidRPr="00713C8E" w:rsidRDefault="00194560">
            <w:pPr>
              <w:spacing w:after="20"/>
              <w:rPr>
                <w:rFonts w:ascii="Calibri" w:hAnsi="Calibri" w:cs="Calibri"/>
                <w:sz w:val="22"/>
              </w:rPr>
            </w:pPr>
          </w:p>
        </w:tc>
      </w:tr>
      <w:tr w:rsidR="00194560" w:rsidRPr="00713C8E" w14:paraId="02E4ACDF" w14:textId="77777777" w:rsidTr="00713C8E">
        <w:trPr>
          <w:trHeight w:val="410"/>
          <w:jc w:val="center"/>
        </w:trPr>
        <w:tc>
          <w:tcPr>
            <w:tcW w:w="3964" w:type="dxa"/>
            <w:shd w:val="clear" w:color="auto" w:fill="F4F4F4"/>
            <w:vAlign w:val="center"/>
          </w:tcPr>
          <w:p w14:paraId="692FFB54" w14:textId="176AE901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Indirizzo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della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sede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="00713C8E">
              <w:rPr>
                <w:rFonts w:ascii="Calibri" w:hAnsi="Calibri" w:cs="Calibri"/>
                <w:b/>
                <w:sz w:val="22"/>
              </w:rPr>
              <w:t>operativa</w:t>
            </w:r>
            <w:proofErr w:type="spellEnd"/>
            <w:r w:rsidR="00713C8E">
              <w:rPr>
                <w:rFonts w:ascii="Calibri" w:hAnsi="Calibri" w:cs="Calibri"/>
                <w:b/>
                <w:sz w:val="22"/>
              </w:rPr>
              <w:t>/</w:t>
            </w:r>
            <w:proofErr w:type="spellStart"/>
            <w:r w:rsidR="00713C8E">
              <w:rPr>
                <w:rFonts w:ascii="Calibri" w:hAnsi="Calibri" w:cs="Calibri"/>
                <w:b/>
                <w:sz w:val="22"/>
              </w:rPr>
              <w:t>negozio</w:t>
            </w:r>
            <w:proofErr w:type="spellEnd"/>
            <w:r w:rsidR="00713C8E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dell’attività</w:t>
            </w:r>
            <w:proofErr w:type="spellEnd"/>
          </w:p>
        </w:tc>
        <w:tc>
          <w:tcPr>
            <w:tcW w:w="6308" w:type="dxa"/>
            <w:vAlign w:val="center"/>
          </w:tcPr>
          <w:p w14:paraId="70C9A5A5" w14:textId="6EC62DD2" w:rsidR="00194560" w:rsidRPr="00713C8E" w:rsidRDefault="00194560">
            <w:pPr>
              <w:spacing w:after="20"/>
              <w:rPr>
                <w:rFonts w:ascii="Calibri" w:hAnsi="Calibri" w:cs="Calibri"/>
                <w:sz w:val="22"/>
              </w:rPr>
            </w:pPr>
          </w:p>
        </w:tc>
      </w:tr>
      <w:tr w:rsidR="00194560" w:rsidRPr="00713C8E" w14:paraId="7E409AC4" w14:textId="77777777" w:rsidTr="00713C8E">
        <w:trPr>
          <w:trHeight w:val="415"/>
          <w:jc w:val="center"/>
        </w:trPr>
        <w:tc>
          <w:tcPr>
            <w:tcW w:w="3964" w:type="dxa"/>
            <w:shd w:val="clear" w:color="auto" w:fill="F4F4F4"/>
            <w:vAlign w:val="center"/>
          </w:tcPr>
          <w:p w14:paraId="19C8994B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Calibri" w:hAnsi="Calibri" w:cs="Calibri"/>
                <w:b/>
                <w:sz w:val="22"/>
              </w:rPr>
              <w:t>CAP e Comune</w:t>
            </w:r>
          </w:p>
        </w:tc>
        <w:tc>
          <w:tcPr>
            <w:tcW w:w="6308" w:type="dxa"/>
            <w:vAlign w:val="center"/>
          </w:tcPr>
          <w:p w14:paraId="3FAD8127" w14:textId="6BB3B0F1" w:rsidR="00194560" w:rsidRPr="00713C8E" w:rsidRDefault="00194560">
            <w:pPr>
              <w:spacing w:after="20"/>
              <w:rPr>
                <w:rFonts w:ascii="Calibri" w:hAnsi="Calibri" w:cs="Calibri"/>
                <w:sz w:val="22"/>
              </w:rPr>
            </w:pPr>
          </w:p>
        </w:tc>
      </w:tr>
      <w:tr w:rsidR="00194560" w:rsidRPr="00713C8E" w14:paraId="399FA658" w14:textId="77777777" w:rsidTr="00713C8E">
        <w:trPr>
          <w:trHeight w:val="563"/>
          <w:jc w:val="center"/>
        </w:trPr>
        <w:tc>
          <w:tcPr>
            <w:tcW w:w="3964" w:type="dxa"/>
            <w:shd w:val="clear" w:color="auto" w:fill="F4F4F4"/>
            <w:vAlign w:val="center"/>
          </w:tcPr>
          <w:p w14:paraId="0F7E5D19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Provincia</w:t>
            </w:r>
            <w:proofErr w:type="spellEnd"/>
          </w:p>
        </w:tc>
        <w:tc>
          <w:tcPr>
            <w:tcW w:w="6308" w:type="dxa"/>
            <w:vAlign w:val="center"/>
          </w:tcPr>
          <w:p w14:paraId="7DC6405A" w14:textId="4B24472C" w:rsidR="00194560" w:rsidRPr="00713C8E" w:rsidRDefault="00194560">
            <w:pPr>
              <w:spacing w:after="20"/>
              <w:rPr>
                <w:rFonts w:ascii="Calibri" w:hAnsi="Calibri" w:cs="Calibri"/>
                <w:sz w:val="22"/>
              </w:rPr>
            </w:pPr>
          </w:p>
        </w:tc>
      </w:tr>
      <w:tr w:rsidR="00194560" w:rsidRPr="00713C8E" w14:paraId="374422D8" w14:textId="77777777" w:rsidTr="00713C8E">
        <w:trPr>
          <w:trHeight w:val="1975"/>
          <w:jc w:val="center"/>
        </w:trPr>
        <w:tc>
          <w:tcPr>
            <w:tcW w:w="3964" w:type="dxa"/>
            <w:shd w:val="clear" w:color="auto" w:fill="F4F4F4"/>
            <w:vAlign w:val="center"/>
          </w:tcPr>
          <w:p w14:paraId="3CBD5C4E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Settore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di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attività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*</w:t>
            </w:r>
          </w:p>
        </w:tc>
        <w:tc>
          <w:tcPr>
            <w:tcW w:w="6308" w:type="dxa"/>
            <w:vAlign w:val="center"/>
          </w:tcPr>
          <w:p w14:paraId="28D92F05" w14:textId="77777777" w:rsid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Segoe UI Symbol" w:hAnsi="Segoe UI Symbol" w:cs="Segoe UI Symbol"/>
                <w:sz w:val="22"/>
              </w:rPr>
              <w:t>☐</w:t>
            </w:r>
            <w:r w:rsidRPr="00713C8E">
              <w:rPr>
                <w:rFonts w:ascii="Calibri" w:hAnsi="Calibri" w:cs="Calibri"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Commercio</w:t>
            </w:r>
            <w:proofErr w:type="spellEnd"/>
            <w:r w:rsidRPr="00713C8E">
              <w:rPr>
                <w:rFonts w:ascii="Calibri" w:hAnsi="Calibri" w:cs="Calibri"/>
                <w:sz w:val="22"/>
              </w:rPr>
              <w:t xml:space="preserve">   </w:t>
            </w:r>
            <w:r w:rsidRPr="00713C8E">
              <w:rPr>
                <w:rFonts w:ascii="Segoe UI Symbol" w:hAnsi="Segoe UI Symbol" w:cs="Segoe UI Symbol"/>
                <w:sz w:val="22"/>
              </w:rPr>
              <w:t>☐</w:t>
            </w:r>
            <w:r w:rsidRPr="00713C8E">
              <w:rPr>
                <w:rFonts w:ascii="Calibri" w:hAnsi="Calibri" w:cs="Calibri"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Pubblico</w:t>
            </w:r>
            <w:proofErr w:type="spellEnd"/>
            <w:r w:rsidRPr="00713C8E">
              <w:rPr>
                <w:rFonts w:ascii="Calibri" w:hAnsi="Calibri" w:cs="Calibri"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esercizio</w:t>
            </w:r>
            <w:proofErr w:type="spellEnd"/>
            <w:r w:rsidRPr="00713C8E">
              <w:rPr>
                <w:rFonts w:ascii="Calibri" w:hAnsi="Calibri" w:cs="Calibri"/>
                <w:sz w:val="22"/>
              </w:rPr>
              <w:t xml:space="preserve"> (bar/ristorante 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ecc</w:t>
            </w:r>
            <w:proofErr w:type="spellEnd"/>
            <w:r w:rsidRPr="00713C8E">
              <w:rPr>
                <w:rFonts w:ascii="Calibri" w:hAnsi="Calibri" w:cs="Calibri"/>
                <w:sz w:val="22"/>
              </w:rPr>
              <w:t xml:space="preserve">.) </w:t>
            </w:r>
          </w:p>
          <w:p w14:paraId="0C6A33F5" w14:textId="25F963E9" w:rsid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Segoe UI Symbol" w:hAnsi="Segoe UI Symbol" w:cs="Segoe UI Symbol"/>
                <w:sz w:val="22"/>
              </w:rPr>
              <w:t>☐</w:t>
            </w:r>
            <w:r w:rsidRPr="00713C8E">
              <w:rPr>
                <w:rFonts w:ascii="Calibri" w:hAnsi="Calibri" w:cs="Calibri"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Artigianato</w:t>
            </w:r>
            <w:proofErr w:type="spellEnd"/>
            <w:r w:rsidRPr="00713C8E">
              <w:rPr>
                <w:rFonts w:ascii="Calibri" w:hAnsi="Calibri" w:cs="Calibri"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alimentare</w:t>
            </w:r>
            <w:proofErr w:type="spellEnd"/>
            <w:r w:rsidRPr="00713C8E">
              <w:rPr>
                <w:rFonts w:ascii="Calibri" w:hAnsi="Calibri" w:cs="Calibri"/>
                <w:sz w:val="22"/>
              </w:rPr>
              <w:br/>
            </w:r>
            <w:r w:rsidRPr="00713C8E">
              <w:rPr>
                <w:rFonts w:ascii="Segoe UI Symbol" w:hAnsi="Segoe UI Symbol" w:cs="Segoe UI Symbol"/>
                <w:sz w:val="22"/>
              </w:rPr>
              <w:t>☐</w:t>
            </w:r>
            <w:r w:rsidRPr="00713C8E">
              <w:rPr>
                <w:rFonts w:ascii="Calibri" w:hAnsi="Calibri" w:cs="Calibri"/>
                <w:sz w:val="22"/>
              </w:rPr>
              <w:t xml:space="preserve"> </w:t>
            </w:r>
            <w:proofErr w:type="spellStart"/>
            <w:r w:rsidR="00713C8E">
              <w:rPr>
                <w:rFonts w:ascii="Calibri" w:hAnsi="Calibri" w:cs="Calibri"/>
                <w:sz w:val="22"/>
              </w:rPr>
              <w:t>attiivtà</w:t>
            </w:r>
            <w:proofErr w:type="spellEnd"/>
            <w:r w:rsidR="00713C8E">
              <w:rPr>
                <w:rFonts w:ascii="Calibri" w:hAnsi="Calibri" w:cs="Calibri"/>
                <w:sz w:val="22"/>
              </w:rPr>
              <w:t>/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Artigianato</w:t>
            </w:r>
            <w:proofErr w:type="spellEnd"/>
            <w:r w:rsidRPr="00713C8E">
              <w:rPr>
                <w:rFonts w:ascii="Calibri" w:hAnsi="Calibri" w:cs="Calibri"/>
                <w:sz w:val="22"/>
              </w:rPr>
              <w:t xml:space="preserve"> di 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servizio</w:t>
            </w:r>
            <w:proofErr w:type="spellEnd"/>
          </w:p>
          <w:p w14:paraId="478AEA1D" w14:textId="277D491A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Segoe UI Symbol" w:hAnsi="Segoe UI Symbol" w:cs="Segoe UI Symbol"/>
                <w:sz w:val="22"/>
              </w:rPr>
              <w:t>☐</w:t>
            </w:r>
            <w:r w:rsidRPr="00713C8E">
              <w:rPr>
                <w:rFonts w:ascii="Calibri" w:hAnsi="Calibri" w:cs="Calibri"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Altro</w:t>
            </w:r>
            <w:proofErr w:type="spellEnd"/>
            <w:r w:rsidRPr="00713C8E">
              <w:rPr>
                <w:rFonts w:ascii="Calibri" w:hAnsi="Calibri" w:cs="Calibri"/>
                <w:sz w:val="22"/>
              </w:rPr>
              <w:t xml:space="preserve">: </w:t>
            </w:r>
          </w:p>
        </w:tc>
      </w:tr>
      <w:tr w:rsidR="00194560" w:rsidRPr="00713C8E" w14:paraId="5ACBF207" w14:textId="77777777" w:rsidTr="00713C8E">
        <w:trPr>
          <w:trHeight w:val="855"/>
          <w:jc w:val="center"/>
        </w:trPr>
        <w:tc>
          <w:tcPr>
            <w:tcW w:w="3964" w:type="dxa"/>
            <w:shd w:val="clear" w:color="auto" w:fill="F4F4F4"/>
            <w:vAlign w:val="center"/>
          </w:tcPr>
          <w:p w14:paraId="4BF976CF" w14:textId="283A8089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Calibri" w:hAnsi="Calibri" w:cs="Calibri"/>
                <w:b/>
                <w:sz w:val="22"/>
              </w:rPr>
              <w:t xml:space="preserve">Se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iscrizione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come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cittadino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residente</w:t>
            </w:r>
            <w:proofErr w:type="spellEnd"/>
          </w:p>
        </w:tc>
        <w:tc>
          <w:tcPr>
            <w:tcW w:w="6308" w:type="dxa"/>
            <w:vAlign w:val="center"/>
          </w:tcPr>
          <w:p w14:paraId="537AF414" w14:textId="77777777" w:rsidR="00194560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Calibri" w:hAnsi="Calibri" w:cs="Calibri"/>
                <w:sz w:val="22"/>
              </w:rPr>
              <w:t xml:space="preserve">Comune di </w:t>
            </w:r>
            <w:proofErr w:type="spellStart"/>
            <w:r w:rsidRPr="00713C8E">
              <w:rPr>
                <w:rFonts w:ascii="Calibri" w:hAnsi="Calibri" w:cs="Calibri"/>
                <w:sz w:val="22"/>
              </w:rPr>
              <w:t>residenza</w:t>
            </w:r>
            <w:proofErr w:type="spellEnd"/>
            <w:r w:rsidRPr="00713C8E">
              <w:rPr>
                <w:rFonts w:ascii="Calibri" w:hAnsi="Calibri" w:cs="Calibri"/>
                <w:sz w:val="22"/>
              </w:rPr>
              <w:t xml:space="preserve">: </w:t>
            </w:r>
          </w:p>
          <w:p w14:paraId="3C4FC1D6" w14:textId="550D5C27" w:rsidR="00713C8E" w:rsidRPr="00713C8E" w:rsidRDefault="00713C8E">
            <w:pPr>
              <w:spacing w:after="20"/>
              <w:rPr>
                <w:rFonts w:ascii="Calibri" w:hAnsi="Calibri" w:cs="Calibri"/>
                <w:sz w:val="22"/>
              </w:rPr>
            </w:pPr>
          </w:p>
        </w:tc>
      </w:tr>
    </w:tbl>
    <w:p w14:paraId="322E851B" w14:textId="77777777" w:rsidR="00713C8E" w:rsidRDefault="00713C8E">
      <w:pPr>
        <w:pBdr>
          <w:bottom w:val="single" w:sz="6" w:space="2" w:color="9A1B32"/>
        </w:pBdr>
        <w:spacing w:before="100"/>
        <w:rPr>
          <w:rFonts w:ascii="Calibri" w:hAnsi="Calibri" w:cs="Calibri"/>
          <w:b/>
          <w:color w:val="801C2D"/>
          <w:sz w:val="22"/>
        </w:rPr>
      </w:pPr>
    </w:p>
    <w:p w14:paraId="6B1B3A31" w14:textId="77777777" w:rsidR="00713C8E" w:rsidRDefault="00713C8E">
      <w:pPr>
        <w:pBdr>
          <w:bottom w:val="single" w:sz="6" w:space="2" w:color="9A1B32"/>
        </w:pBdr>
        <w:spacing w:before="100"/>
        <w:rPr>
          <w:rFonts w:ascii="Calibri" w:hAnsi="Calibri" w:cs="Calibri"/>
          <w:b/>
          <w:color w:val="801C2D"/>
          <w:sz w:val="22"/>
        </w:rPr>
      </w:pPr>
    </w:p>
    <w:p w14:paraId="6BAE3CF9" w14:textId="77777777" w:rsidR="00713C8E" w:rsidRDefault="00713C8E">
      <w:pPr>
        <w:pBdr>
          <w:bottom w:val="single" w:sz="6" w:space="2" w:color="9A1B32"/>
        </w:pBdr>
        <w:spacing w:before="100"/>
        <w:rPr>
          <w:rFonts w:ascii="Calibri" w:hAnsi="Calibri" w:cs="Calibri"/>
          <w:b/>
          <w:color w:val="801C2D"/>
          <w:sz w:val="22"/>
        </w:rPr>
      </w:pPr>
    </w:p>
    <w:p w14:paraId="6213A301" w14:textId="77777777" w:rsidR="00713C8E" w:rsidRDefault="00713C8E">
      <w:pPr>
        <w:pBdr>
          <w:bottom w:val="single" w:sz="6" w:space="2" w:color="9A1B32"/>
        </w:pBdr>
        <w:spacing w:before="100"/>
        <w:rPr>
          <w:rFonts w:ascii="Calibri" w:hAnsi="Calibri" w:cs="Calibri"/>
          <w:b/>
          <w:color w:val="801C2D"/>
          <w:sz w:val="22"/>
        </w:rPr>
      </w:pPr>
    </w:p>
    <w:p w14:paraId="5D10D4BA" w14:textId="5979AF18" w:rsidR="00194560" w:rsidRPr="00713C8E" w:rsidRDefault="0002093B">
      <w:pPr>
        <w:pBdr>
          <w:bottom w:val="single" w:sz="6" w:space="2" w:color="9A1B32"/>
        </w:pBdr>
        <w:spacing w:before="100"/>
        <w:rPr>
          <w:rFonts w:ascii="Calibri" w:hAnsi="Calibri" w:cs="Calibri"/>
          <w:sz w:val="22"/>
        </w:rPr>
      </w:pPr>
      <w:r w:rsidRPr="00713C8E">
        <w:rPr>
          <w:rFonts w:ascii="Calibri" w:hAnsi="Calibri" w:cs="Calibri"/>
          <w:b/>
          <w:color w:val="801C2D"/>
          <w:sz w:val="22"/>
        </w:rPr>
        <w:t>3. SCELTA DEI PERCORSI FORMATIVI</w:t>
      </w:r>
    </w:p>
    <w:p w14:paraId="69BDC9C5" w14:textId="77777777" w:rsidR="00194560" w:rsidRPr="00713C8E" w:rsidRDefault="0002093B">
      <w:pPr>
        <w:rPr>
          <w:rFonts w:ascii="Calibri" w:hAnsi="Calibri" w:cs="Calibri"/>
          <w:sz w:val="22"/>
        </w:rPr>
      </w:pPr>
      <w:proofErr w:type="spellStart"/>
      <w:r w:rsidRPr="00713C8E">
        <w:rPr>
          <w:rFonts w:ascii="Calibri" w:hAnsi="Calibri" w:cs="Calibri"/>
          <w:sz w:val="22"/>
        </w:rPr>
        <w:t>Selezionare</w:t>
      </w:r>
      <w:proofErr w:type="spellEnd"/>
      <w:r w:rsidRPr="00713C8E">
        <w:rPr>
          <w:rFonts w:ascii="Calibri" w:hAnsi="Calibri" w:cs="Calibri"/>
          <w:sz w:val="22"/>
        </w:rPr>
        <w:t xml:space="preserve"> uno o </w:t>
      </w:r>
      <w:proofErr w:type="spellStart"/>
      <w:r w:rsidRPr="00713C8E">
        <w:rPr>
          <w:rFonts w:ascii="Calibri" w:hAnsi="Calibri" w:cs="Calibri"/>
          <w:sz w:val="22"/>
        </w:rPr>
        <w:t>più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corsi</w:t>
      </w:r>
      <w:proofErr w:type="spellEnd"/>
      <w:r w:rsidRPr="00713C8E">
        <w:rPr>
          <w:rFonts w:ascii="Calibri" w:hAnsi="Calibri" w:cs="Calibri"/>
          <w:sz w:val="22"/>
        </w:rPr>
        <w:t xml:space="preserve">. Per Social &amp; Photo Lab è </w:t>
      </w:r>
      <w:proofErr w:type="spellStart"/>
      <w:r w:rsidRPr="00713C8E">
        <w:rPr>
          <w:rFonts w:ascii="Calibri" w:hAnsi="Calibri" w:cs="Calibri"/>
          <w:sz w:val="22"/>
        </w:rPr>
        <w:t>possibile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indicare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gli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incontri</w:t>
      </w:r>
      <w:proofErr w:type="spellEnd"/>
      <w:r w:rsidRPr="00713C8E">
        <w:rPr>
          <w:rFonts w:ascii="Calibri" w:hAnsi="Calibri" w:cs="Calibri"/>
          <w:sz w:val="22"/>
        </w:rPr>
        <w:t xml:space="preserve"> di interesse </w:t>
      </w:r>
      <w:proofErr w:type="spellStart"/>
      <w:r w:rsidRPr="00713C8E">
        <w:rPr>
          <w:rFonts w:ascii="Calibri" w:hAnsi="Calibri" w:cs="Calibri"/>
          <w:sz w:val="22"/>
        </w:rPr>
        <w:t>oppure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selezionare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l’intero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percorso</w:t>
      </w:r>
      <w:proofErr w:type="spellEnd"/>
      <w:r w:rsidRPr="00713C8E">
        <w:rPr>
          <w:rFonts w:ascii="Calibri" w:hAnsi="Calibri" w:cs="Calibri"/>
          <w:sz w:val="22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9710"/>
      </w:tblGrid>
      <w:tr w:rsidR="00194560" w:rsidRPr="00713C8E" w14:paraId="4C96A81B" w14:textId="77777777" w:rsidTr="00713C8E">
        <w:tc>
          <w:tcPr>
            <w:tcW w:w="562" w:type="dxa"/>
            <w:vAlign w:val="center"/>
          </w:tcPr>
          <w:p w14:paraId="30F2817B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Segoe UI Symbol" w:hAnsi="Segoe UI Symbol" w:cs="Segoe UI Symbol"/>
                <w:b/>
                <w:sz w:val="22"/>
              </w:rPr>
              <w:t>☐</w:t>
            </w:r>
          </w:p>
        </w:tc>
        <w:tc>
          <w:tcPr>
            <w:tcW w:w="9710" w:type="dxa"/>
            <w:vAlign w:val="center"/>
          </w:tcPr>
          <w:p w14:paraId="625E0946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Calibri" w:hAnsi="Calibri" w:cs="Calibri"/>
                <w:b/>
                <w:sz w:val="22"/>
              </w:rPr>
              <w:t xml:space="preserve">CORSO 1 – Meno carte,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più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tempo: come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organizzare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l’amministrazione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della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tua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attività</w:t>
            </w:r>
            <w:proofErr w:type="spellEnd"/>
          </w:p>
        </w:tc>
      </w:tr>
      <w:tr w:rsidR="00194560" w:rsidRPr="00713C8E" w14:paraId="112CB0FD" w14:textId="77777777" w:rsidTr="00713C8E">
        <w:tc>
          <w:tcPr>
            <w:tcW w:w="562" w:type="dxa"/>
            <w:vAlign w:val="center"/>
          </w:tcPr>
          <w:p w14:paraId="4ABC004E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Segoe UI Symbol" w:hAnsi="Segoe UI Symbol" w:cs="Segoe UI Symbol"/>
                <w:b/>
                <w:sz w:val="22"/>
              </w:rPr>
              <w:t>☐</w:t>
            </w:r>
          </w:p>
        </w:tc>
        <w:tc>
          <w:tcPr>
            <w:tcW w:w="9710" w:type="dxa"/>
            <w:vAlign w:val="center"/>
          </w:tcPr>
          <w:p w14:paraId="29648AC7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Calibri" w:hAnsi="Calibri" w:cs="Calibri"/>
                <w:b/>
                <w:sz w:val="22"/>
              </w:rPr>
              <w:t xml:space="preserve">CORSO 2 –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Introduzione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all’intelligenza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artificiale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nel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commercio</w:t>
            </w:r>
            <w:proofErr w:type="spellEnd"/>
          </w:p>
        </w:tc>
      </w:tr>
      <w:tr w:rsidR="00194560" w:rsidRPr="00713C8E" w14:paraId="2827F364" w14:textId="77777777" w:rsidTr="00713C8E">
        <w:tc>
          <w:tcPr>
            <w:tcW w:w="562" w:type="dxa"/>
            <w:vAlign w:val="center"/>
          </w:tcPr>
          <w:p w14:paraId="7A8E9254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Segoe UI Symbol" w:hAnsi="Segoe UI Symbol" w:cs="Segoe UI Symbol"/>
                <w:b/>
                <w:sz w:val="22"/>
              </w:rPr>
              <w:t>☐</w:t>
            </w:r>
          </w:p>
        </w:tc>
        <w:tc>
          <w:tcPr>
            <w:tcW w:w="9710" w:type="dxa"/>
            <w:vAlign w:val="center"/>
          </w:tcPr>
          <w:p w14:paraId="4A90981A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Calibri" w:hAnsi="Calibri" w:cs="Calibri"/>
                <w:b/>
                <w:sz w:val="22"/>
              </w:rPr>
              <w:t xml:space="preserve">CORSO 3 – La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comunicazione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e la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soddisfazione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del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cliente</w:t>
            </w:r>
            <w:proofErr w:type="spellEnd"/>
          </w:p>
        </w:tc>
      </w:tr>
      <w:tr w:rsidR="00194560" w:rsidRPr="00713C8E" w14:paraId="69D0CD7B" w14:textId="77777777" w:rsidTr="00713C8E">
        <w:tc>
          <w:tcPr>
            <w:tcW w:w="562" w:type="dxa"/>
            <w:vAlign w:val="center"/>
          </w:tcPr>
          <w:p w14:paraId="1FB103EB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Segoe UI Symbol" w:hAnsi="Segoe UI Symbol" w:cs="Segoe UI Symbol"/>
                <w:b/>
                <w:sz w:val="22"/>
              </w:rPr>
              <w:t>☐</w:t>
            </w:r>
          </w:p>
        </w:tc>
        <w:tc>
          <w:tcPr>
            <w:tcW w:w="9710" w:type="dxa"/>
            <w:vAlign w:val="center"/>
          </w:tcPr>
          <w:p w14:paraId="64F017E0" w14:textId="77777777" w:rsidR="00194560" w:rsidRPr="00713C8E" w:rsidRDefault="0002093B">
            <w:pPr>
              <w:spacing w:after="20"/>
              <w:rPr>
                <w:rFonts w:ascii="Calibri" w:hAnsi="Calibri" w:cs="Calibri"/>
                <w:sz w:val="22"/>
              </w:rPr>
            </w:pPr>
            <w:r w:rsidRPr="00713C8E">
              <w:rPr>
                <w:rFonts w:ascii="Calibri" w:hAnsi="Calibri" w:cs="Calibri"/>
                <w:b/>
                <w:sz w:val="22"/>
              </w:rPr>
              <w:t xml:space="preserve">CORSO 4 – SOCIAL &amp; PHOTO LAB –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Laboratorio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pratico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di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fotografia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con </w:t>
            </w:r>
            <w:r w:rsidRPr="00713C8E">
              <w:rPr>
                <w:rFonts w:ascii="Calibri" w:hAnsi="Calibri" w:cs="Calibri"/>
                <w:b/>
                <w:sz w:val="22"/>
              </w:rPr>
              <w:t xml:space="preserve">smartphone e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comunicazione</w:t>
            </w:r>
            <w:proofErr w:type="spellEnd"/>
            <w:r w:rsidRPr="00713C8E">
              <w:rPr>
                <w:rFonts w:ascii="Calibri" w:hAnsi="Calibri" w:cs="Calibri"/>
                <w:b/>
                <w:sz w:val="22"/>
              </w:rPr>
              <w:t xml:space="preserve"> social per le </w:t>
            </w:r>
            <w:proofErr w:type="spellStart"/>
            <w:r w:rsidRPr="00713C8E">
              <w:rPr>
                <w:rFonts w:ascii="Calibri" w:hAnsi="Calibri" w:cs="Calibri"/>
                <w:b/>
                <w:sz w:val="22"/>
              </w:rPr>
              <w:t>imprese</w:t>
            </w:r>
            <w:proofErr w:type="spellEnd"/>
          </w:p>
        </w:tc>
      </w:tr>
    </w:tbl>
    <w:p w14:paraId="0A67D11C" w14:textId="32072327" w:rsidR="00194560" w:rsidRPr="00713C8E" w:rsidRDefault="0002093B">
      <w:pPr>
        <w:spacing w:before="60"/>
        <w:rPr>
          <w:rFonts w:ascii="Calibri" w:hAnsi="Calibri" w:cs="Calibri"/>
          <w:sz w:val="22"/>
        </w:rPr>
      </w:pPr>
      <w:r w:rsidRPr="00713C8E">
        <w:rPr>
          <w:rFonts w:ascii="Calibri" w:hAnsi="Calibri" w:cs="Calibri"/>
          <w:b/>
          <w:sz w:val="22"/>
        </w:rPr>
        <w:t xml:space="preserve">Per </w:t>
      </w:r>
      <w:r w:rsidR="00713C8E">
        <w:rPr>
          <w:rFonts w:ascii="Calibri" w:hAnsi="Calibri" w:cs="Calibri"/>
          <w:b/>
          <w:sz w:val="22"/>
        </w:rPr>
        <w:t xml:space="preserve">il Corso 4 </w:t>
      </w:r>
      <w:r w:rsidRPr="00713C8E">
        <w:rPr>
          <w:rFonts w:ascii="Calibri" w:hAnsi="Calibri" w:cs="Calibri"/>
          <w:b/>
          <w:sz w:val="22"/>
        </w:rPr>
        <w:t xml:space="preserve">SOCIAL &amp; PHOTO LAB, </w:t>
      </w:r>
      <w:proofErr w:type="spellStart"/>
      <w:r w:rsidRPr="00713C8E">
        <w:rPr>
          <w:rFonts w:ascii="Calibri" w:hAnsi="Calibri" w:cs="Calibri"/>
          <w:b/>
          <w:sz w:val="22"/>
        </w:rPr>
        <w:t>indicare</w:t>
      </w:r>
      <w:proofErr w:type="spellEnd"/>
      <w:r w:rsidRPr="00713C8E">
        <w:rPr>
          <w:rFonts w:ascii="Calibri" w:hAnsi="Calibri" w:cs="Calibri"/>
          <w:b/>
          <w:sz w:val="22"/>
        </w:rPr>
        <w:t xml:space="preserve"> </w:t>
      </w:r>
      <w:proofErr w:type="spellStart"/>
      <w:r w:rsidRPr="00713C8E">
        <w:rPr>
          <w:rFonts w:ascii="Calibri" w:hAnsi="Calibri" w:cs="Calibri"/>
          <w:b/>
          <w:sz w:val="22"/>
        </w:rPr>
        <w:t>gli</w:t>
      </w:r>
      <w:proofErr w:type="spellEnd"/>
      <w:r w:rsidRPr="00713C8E">
        <w:rPr>
          <w:rFonts w:ascii="Calibri" w:hAnsi="Calibri" w:cs="Calibri"/>
          <w:b/>
          <w:sz w:val="22"/>
        </w:rPr>
        <w:t xml:space="preserve"> </w:t>
      </w:r>
      <w:proofErr w:type="spellStart"/>
      <w:r w:rsidRPr="00713C8E">
        <w:rPr>
          <w:rFonts w:ascii="Calibri" w:hAnsi="Calibri" w:cs="Calibri"/>
          <w:b/>
          <w:sz w:val="22"/>
        </w:rPr>
        <w:t>incontri</w:t>
      </w:r>
      <w:proofErr w:type="spellEnd"/>
      <w:r w:rsidRPr="00713C8E">
        <w:rPr>
          <w:rFonts w:ascii="Calibri" w:hAnsi="Calibri" w:cs="Calibri"/>
          <w:b/>
          <w:sz w:val="22"/>
        </w:rPr>
        <w:t xml:space="preserve"> </w:t>
      </w:r>
      <w:proofErr w:type="spellStart"/>
      <w:r w:rsidRPr="00713C8E">
        <w:rPr>
          <w:rFonts w:ascii="Calibri" w:hAnsi="Calibri" w:cs="Calibri"/>
          <w:b/>
          <w:sz w:val="22"/>
        </w:rPr>
        <w:t>desiderati</w:t>
      </w:r>
      <w:proofErr w:type="spellEnd"/>
      <w:r w:rsidRPr="00713C8E">
        <w:rPr>
          <w:rFonts w:ascii="Calibri" w:hAnsi="Calibri" w:cs="Calibri"/>
          <w:b/>
          <w:sz w:val="22"/>
        </w:rPr>
        <w:t>:</w:t>
      </w:r>
    </w:p>
    <w:p w14:paraId="4BCDE874" w14:textId="77777777" w:rsidR="00194560" w:rsidRPr="00713C8E" w:rsidRDefault="0002093B">
      <w:pPr>
        <w:spacing w:after="20"/>
        <w:ind w:left="259"/>
        <w:rPr>
          <w:rFonts w:ascii="Calibri" w:hAnsi="Calibri" w:cs="Calibri"/>
          <w:sz w:val="20"/>
          <w:szCs w:val="20"/>
        </w:rPr>
      </w:pPr>
      <w:r w:rsidRPr="00713C8E">
        <w:rPr>
          <w:rFonts w:ascii="Segoe UI Symbol" w:hAnsi="Segoe UI Symbol" w:cs="Segoe UI Symbol"/>
          <w:sz w:val="20"/>
          <w:szCs w:val="20"/>
        </w:rPr>
        <w:t>☐</w:t>
      </w:r>
      <w:r w:rsidRPr="00713C8E">
        <w:rPr>
          <w:rFonts w:ascii="Calibri" w:hAnsi="Calibri" w:cs="Calibri"/>
          <w:sz w:val="20"/>
          <w:szCs w:val="20"/>
        </w:rPr>
        <w:t xml:space="preserve"> 1. </w:t>
      </w:r>
      <w:proofErr w:type="spellStart"/>
      <w:r w:rsidRPr="00713C8E">
        <w:rPr>
          <w:rFonts w:ascii="Calibri" w:hAnsi="Calibri" w:cs="Calibri"/>
          <w:sz w:val="20"/>
          <w:szCs w:val="20"/>
        </w:rPr>
        <w:t>Commercio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– </w:t>
      </w:r>
      <w:proofErr w:type="spellStart"/>
      <w:r w:rsidRPr="00713C8E">
        <w:rPr>
          <w:rFonts w:ascii="Calibri" w:hAnsi="Calibri" w:cs="Calibri"/>
          <w:sz w:val="20"/>
          <w:szCs w:val="20"/>
        </w:rPr>
        <w:t>valorizzare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prodotti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e </w:t>
      </w:r>
      <w:proofErr w:type="spellStart"/>
      <w:r w:rsidRPr="00713C8E">
        <w:rPr>
          <w:rFonts w:ascii="Calibri" w:hAnsi="Calibri" w:cs="Calibri"/>
          <w:sz w:val="20"/>
          <w:szCs w:val="20"/>
        </w:rPr>
        <w:t>negozio</w:t>
      </w:r>
      <w:proofErr w:type="spellEnd"/>
    </w:p>
    <w:p w14:paraId="355B7658" w14:textId="77777777" w:rsidR="00194560" w:rsidRPr="00713C8E" w:rsidRDefault="0002093B">
      <w:pPr>
        <w:spacing w:after="20"/>
        <w:ind w:left="259"/>
        <w:rPr>
          <w:rFonts w:ascii="Calibri" w:hAnsi="Calibri" w:cs="Calibri"/>
          <w:sz w:val="20"/>
          <w:szCs w:val="20"/>
        </w:rPr>
      </w:pPr>
      <w:r w:rsidRPr="00713C8E">
        <w:rPr>
          <w:rFonts w:ascii="Segoe UI Symbol" w:hAnsi="Segoe UI Symbol" w:cs="Segoe UI Symbol"/>
          <w:sz w:val="20"/>
          <w:szCs w:val="20"/>
        </w:rPr>
        <w:t>☐</w:t>
      </w:r>
      <w:r w:rsidRPr="00713C8E">
        <w:rPr>
          <w:rFonts w:ascii="Calibri" w:hAnsi="Calibri" w:cs="Calibri"/>
          <w:sz w:val="20"/>
          <w:szCs w:val="20"/>
        </w:rPr>
        <w:t xml:space="preserve"> 2. Servizi – </w:t>
      </w:r>
      <w:proofErr w:type="spellStart"/>
      <w:r w:rsidRPr="00713C8E">
        <w:rPr>
          <w:rFonts w:ascii="Calibri" w:hAnsi="Calibri" w:cs="Calibri"/>
          <w:sz w:val="20"/>
          <w:szCs w:val="20"/>
        </w:rPr>
        <w:t>raccontare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il proprio </w:t>
      </w:r>
      <w:proofErr w:type="spellStart"/>
      <w:r w:rsidRPr="00713C8E">
        <w:rPr>
          <w:rFonts w:ascii="Calibri" w:hAnsi="Calibri" w:cs="Calibri"/>
          <w:sz w:val="20"/>
          <w:szCs w:val="20"/>
        </w:rPr>
        <w:t>lavoro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e </w:t>
      </w:r>
      <w:proofErr w:type="spellStart"/>
      <w:r w:rsidRPr="00713C8E">
        <w:rPr>
          <w:rFonts w:ascii="Calibri" w:hAnsi="Calibri" w:cs="Calibri"/>
          <w:sz w:val="20"/>
          <w:szCs w:val="20"/>
        </w:rPr>
        <w:t>trasmettere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professionalità</w:t>
      </w:r>
      <w:proofErr w:type="spellEnd"/>
    </w:p>
    <w:p w14:paraId="10D7DD65" w14:textId="77777777" w:rsidR="00194560" w:rsidRPr="00713C8E" w:rsidRDefault="0002093B">
      <w:pPr>
        <w:spacing w:after="20"/>
        <w:ind w:left="259"/>
        <w:rPr>
          <w:rFonts w:ascii="Calibri" w:hAnsi="Calibri" w:cs="Calibri"/>
          <w:sz w:val="20"/>
          <w:szCs w:val="20"/>
        </w:rPr>
      </w:pPr>
      <w:r w:rsidRPr="00713C8E">
        <w:rPr>
          <w:rFonts w:ascii="Segoe UI Symbol" w:hAnsi="Segoe UI Symbol" w:cs="Segoe UI Symbol"/>
          <w:sz w:val="20"/>
          <w:szCs w:val="20"/>
        </w:rPr>
        <w:t>☐</w:t>
      </w:r>
      <w:r w:rsidRPr="00713C8E">
        <w:rPr>
          <w:rFonts w:ascii="Calibri" w:hAnsi="Calibri" w:cs="Calibri"/>
          <w:sz w:val="20"/>
          <w:szCs w:val="20"/>
        </w:rPr>
        <w:t xml:space="preserve"> 3. </w:t>
      </w:r>
      <w:proofErr w:type="spellStart"/>
      <w:r w:rsidRPr="00713C8E">
        <w:rPr>
          <w:rFonts w:ascii="Calibri" w:hAnsi="Calibri" w:cs="Calibri"/>
          <w:sz w:val="20"/>
          <w:szCs w:val="20"/>
        </w:rPr>
        <w:t>Acconciatori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ed </w:t>
      </w:r>
      <w:proofErr w:type="spellStart"/>
      <w:r w:rsidRPr="00713C8E">
        <w:rPr>
          <w:rFonts w:ascii="Calibri" w:hAnsi="Calibri" w:cs="Calibri"/>
          <w:sz w:val="20"/>
          <w:szCs w:val="20"/>
        </w:rPr>
        <w:t>estetiste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– </w:t>
      </w:r>
      <w:proofErr w:type="spellStart"/>
      <w:r w:rsidRPr="00713C8E">
        <w:rPr>
          <w:rFonts w:ascii="Calibri" w:hAnsi="Calibri" w:cs="Calibri"/>
          <w:sz w:val="20"/>
          <w:szCs w:val="20"/>
        </w:rPr>
        <w:t>valorizzare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risultati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e </w:t>
      </w:r>
      <w:proofErr w:type="spellStart"/>
      <w:r w:rsidRPr="00713C8E">
        <w:rPr>
          <w:rFonts w:ascii="Calibri" w:hAnsi="Calibri" w:cs="Calibri"/>
          <w:sz w:val="20"/>
          <w:szCs w:val="20"/>
        </w:rPr>
        <w:t>servizi</w:t>
      </w:r>
      <w:proofErr w:type="spellEnd"/>
    </w:p>
    <w:p w14:paraId="445533D9" w14:textId="77777777" w:rsidR="00194560" w:rsidRPr="00713C8E" w:rsidRDefault="0002093B">
      <w:pPr>
        <w:spacing w:after="20"/>
        <w:ind w:left="259"/>
        <w:rPr>
          <w:rFonts w:ascii="Calibri" w:hAnsi="Calibri" w:cs="Calibri"/>
          <w:sz w:val="20"/>
          <w:szCs w:val="20"/>
        </w:rPr>
      </w:pPr>
      <w:r w:rsidRPr="00713C8E">
        <w:rPr>
          <w:rFonts w:ascii="Segoe UI Symbol" w:hAnsi="Segoe UI Symbol" w:cs="Segoe UI Symbol"/>
          <w:sz w:val="20"/>
          <w:szCs w:val="20"/>
        </w:rPr>
        <w:t>☐</w:t>
      </w:r>
      <w:r w:rsidRPr="00713C8E">
        <w:rPr>
          <w:rFonts w:ascii="Calibri" w:hAnsi="Calibri" w:cs="Calibri"/>
          <w:sz w:val="20"/>
          <w:szCs w:val="20"/>
        </w:rPr>
        <w:t xml:space="preserve"> 4. </w:t>
      </w:r>
      <w:proofErr w:type="spellStart"/>
      <w:r w:rsidRPr="00713C8E">
        <w:rPr>
          <w:rFonts w:ascii="Calibri" w:hAnsi="Calibri" w:cs="Calibri"/>
          <w:sz w:val="20"/>
          <w:szCs w:val="20"/>
        </w:rPr>
        <w:t>Ristorazione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– </w:t>
      </w:r>
      <w:proofErr w:type="spellStart"/>
      <w:r w:rsidRPr="00713C8E">
        <w:rPr>
          <w:rFonts w:ascii="Calibri" w:hAnsi="Calibri" w:cs="Calibri"/>
          <w:sz w:val="20"/>
          <w:szCs w:val="20"/>
        </w:rPr>
        <w:t>valorizzare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piatti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713C8E">
        <w:rPr>
          <w:rFonts w:ascii="Calibri" w:hAnsi="Calibri" w:cs="Calibri"/>
          <w:sz w:val="20"/>
          <w:szCs w:val="20"/>
        </w:rPr>
        <w:t>locali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ed </w:t>
      </w:r>
      <w:proofErr w:type="spellStart"/>
      <w:r w:rsidRPr="00713C8E">
        <w:rPr>
          <w:rFonts w:ascii="Calibri" w:hAnsi="Calibri" w:cs="Calibri"/>
          <w:sz w:val="20"/>
          <w:szCs w:val="20"/>
        </w:rPr>
        <w:t>esperienza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del </w:t>
      </w:r>
      <w:proofErr w:type="spellStart"/>
      <w:r w:rsidRPr="00713C8E">
        <w:rPr>
          <w:rFonts w:ascii="Calibri" w:hAnsi="Calibri" w:cs="Calibri"/>
          <w:sz w:val="20"/>
          <w:szCs w:val="20"/>
        </w:rPr>
        <w:t>cliente</w:t>
      </w:r>
      <w:proofErr w:type="spellEnd"/>
    </w:p>
    <w:p w14:paraId="13B2E29A" w14:textId="77777777" w:rsidR="00194560" w:rsidRPr="00713C8E" w:rsidRDefault="0002093B">
      <w:pPr>
        <w:spacing w:after="20"/>
        <w:ind w:left="259"/>
        <w:rPr>
          <w:rFonts w:ascii="Calibri" w:hAnsi="Calibri" w:cs="Calibri"/>
          <w:sz w:val="20"/>
          <w:szCs w:val="20"/>
        </w:rPr>
      </w:pPr>
      <w:r w:rsidRPr="00713C8E">
        <w:rPr>
          <w:rFonts w:ascii="Segoe UI Symbol" w:hAnsi="Segoe UI Symbol" w:cs="Segoe UI Symbol"/>
          <w:sz w:val="20"/>
          <w:szCs w:val="20"/>
        </w:rPr>
        <w:t>☐</w:t>
      </w:r>
      <w:r w:rsidRPr="00713C8E">
        <w:rPr>
          <w:rFonts w:ascii="Calibri" w:hAnsi="Calibri" w:cs="Calibri"/>
          <w:sz w:val="20"/>
          <w:szCs w:val="20"/>
        </w:rPr>
        <w:t xml:space="preserve"> 5. </w:t>
      </w:r>
      <w:proofErr w:type="spellStart"/>
      <w:r w:rsidRPr="00713C8E">
        <w:rPr>
          <w:rFonts w:ascii="Calibri" w:hAnsi="Calibri" w:cs="Calibri"/>
          <w:sz w:val="20"/>
          <w:szCs w:val="20"/>
        </w:rPr>
        <w:t>Incontro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conclusivo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– </w:t>
      </w:r>
      <w:proofErr w:type="spellStart"/>
      <w:r w:rsidRPr="00713C8E">
        <w:rPr>
          <w:rFonts w:ascii="Calibri" w:hAnsi="Calibri" w:cs="Calibri"/>
          <w:sz w:val="20"/>
          <w:szCs w:val="20"/>
        </w:rPr>
        <w:t>condivisione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dei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risultati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e </w:t>
      </w:r>
      <w:proofErr w:type="spellStart"/>
      <w:r w:rsidRPr="00713C8E">
        <w:rPr>
          <w:rFonts w:ascii="Calibri" w:hAnsi="Calibri" w:cs="Calibri"/>
          <w:sz w:val="20"/>
          <w:szCs w:val="20"/>
        </w:rPr>
        <w:t>confronto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finale</w:t>
      </w:r>
    </w:p>
    <w:p w14:paraId="50ABEE75" w14:textId="77777777" w:rsidR="00194560" w:rsidRPr="00713C8E" w:rsidRDefault="0002093B">
      <w:pPr>
        <w:spacing w:after="20"/>
        <w:ind w:left="259"/>
        <w:rPr>
          <w:rFonts w:ascii="Calibri" w:hAnsi="Calibri" w:cs="Calibri"/>
          <w:sz w:val="20"/>
          <w:szCs w:val="20"/>
        </w:rPr>
      </w:pPr>
      <w:r w:rsidRPr="00713C8E">
        <w:rPr>
          <w:rFonts w:ascii="Segoe UI Symbol" w:hAnsi="Segoe UI Symbol" w:cs="Segoe UI Symbol"/>
          <w:sz w:val="20"/>
          <w:szCs w:val="20"/>
        </w:rPr>
        <w:t>☐</w:t>
      </w:r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Desidero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partecipare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a tutti e cinque </w:t>
      </w:r>
      <w:proofErr w:type="spellStart"/>
      <w:r w:rsidRPr="00713C8E">
        <w:rPr>
          <w:rFonts w:ascii="Calibri" w:hAnsi="Calibri" w:cs="Calibri"/>
          <w:sz w:val="20"/>
          <w:szCs w:val="20"/>
        </w:rPr>
        <w:t>gli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incontri</w:t>
      </w:r>
      <w:proofErr w:type="spellEnd"/>
    </w:p>
    <w:p w14:paraId="5FE663B6" w14:textId="77777777" w:rsidR="00713C8E" w:rsidRPr="00713C8E" w:rsidRDefault="00713C8E">
      <w:pPr>
        <w:spacing w:after="20"/>
        <w:ind w:left="259"/>
        <w:rPr>
          <w:rFonts w:ascii="Calibri" w:hAnsi="Calibri" w:cs="Calibri"/>
          <w:sz w:val="10"/>
          <w:szCs w:val="10"/>
        </w:rPr>
      </w:pPr>
    </w:p>
    <w:p w14:paraId="6EE7E767" w14:textId="77777777" w:rsidR="00194560" w:rsidRPr="00713C8E" w:rsidRDefault="0002093B">
      <w:pPr>
        <w:pBdr>
          <w:bottom w:val="single" w:sz="6" w:space="2" w:color="9A1B32"/>
        </w:pBdr>
        <w:spacing w:before="100"/>
        <w:rPr>
          <w:rFonts w:ascii="Calibri" w:hAnsi="Calibri" w:cs="Calibri"/>
          <w:sz w:val="22"/>
        </w:rPr>
      </w:pPr>
      <w:r w:rsidRPr="00713C8E">
        <w:rPr>
          <w:rFonts w:ascii="Calibri" w:hAnsi="Calibri" w:cs="Calibri"/>
          <w:b/>
          <w:color w:val="801C2D"/>
          <w:sz w:val="22"/>
        </w:rPr>
        <w:t>4. MODALITÀ DI PARTECIPAZIONE</w:t>
      </w:r>
    </w:p>
    <w:p w14:paraId="51A53FA5" w14:textId="77777777" w:rsidR="00194560" w:rsidRPr="00713C8E" w:rsidRDefault="0002093B">
      <w:pPr>
        <w:rPr>
          <w:rFonts w:ascii="Calibri" w:hAnsi="Calibri" w:cs="Calibri"/>
          <w:sz w:val="22"/>
        </w:rPr>
      </w:pPr>
      <w:r w:rsidRPr="00713C8E">
        <w:rPr>
          <w:rFonts w:ascii="Calibri" w:hAnsi="Calibri" w:cs="Calibri"/>
          <w:sz w:val="22"/>
        </w:rPr>
        <w:t xml:space="preserve">Il/La </w:t>
      </w:r>
      <w:proofErr w:type="spellStart"/>
      <w:r w:rsidRPr="00713C8E">
        <w:rPr>
          <w:rFonts w:ascii="Calibri" w:hAnsi="Calibri" w:cs="Calibri"/>
          <w:sz w:val="22"/>
        </w:rPr>
        <w:t>sottoscritto</w:t>
      </w:r>
      <w:proofErr w:type="spellEnd"/>
      <w:r w:rsidRPr="00713C8E">
        <w:rPr>
          <w:rFonts w:ascii="Calibri" w:hAnsi="Calibri" w:cs="Calibri"/>
          <w:sz w:val="22"/>
        </w:rPr>
        <w:t xml:space="preserve">/a </w:t>
      </w:r>
      <w:proofErr w:type="spellStart"/>
      <w:r w:rsidRPr="00713C8E">
        <w:rPr>
          <w:rFonts w:ascii="Calibri" w:hAnsi="Calibri" w:cs="Calibri"/>
          <w:sz w:val="22"/>
        </w:rPr>
        <w:t>dichiara</w:t>
      </w:r>
      <w:proofErr w:type="spellEnd"/>
      <w:r w:rsidRPr="00713C8E">
        <w:rPr>
          <w:rFonts w:ascii="Calibri" w:hAnsi="Calibri" w:cs="Calibri"/>
          <w:sz w:val="22"/>
        </w:rPr>
        <w:t xml:space="preserve"> di aver </w:t>
      </w:r>
      <w:proofErr w:type="spellStart"/>
      <w:r w:rsidRPr="00713C8E">
        <w:rPr>
          <w:rFonts w:ascii="Calibri" w:hAnsi="Calibri" w:cs="Calibri"/>
          <w:sz w:val="22"/>
        </w:rPr>
        <w:t>preso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visione</w:t>
      </w:r>
      <w:proofErr w:type="spellEnd"/>
      <w:r w:rsidRPr="00713C8E">
        <w:rPr>
          <w:rFonts w:ascii="Calibri" w:hAnsi="Calibri" w:cs="Calibri"/>
          <w:sz w:val="22"/>
        </w:rPr>
        <w:t xml:space="preserve"> e di </w:t>
      </w:r>
      <w:proofErr w:type="spellStart"/>
      <w:r w:rsidRPr="00713C8E">
        <w:rPr>
          <w:rFonts w:ascii="Calibri" w:hAnsi="Calibri" w:cs="Calibri"/>
          <w:sz w:val="22"/>
        </w:rPr>
        <w:t>accettare</w:t>
      </w:r>
      <w:proofErr w:type="spellEnd"/>
      <w:r w:rsidRPr="00713C8E">
        <w:rPr>
          <w:rFonts w:ascii="Calibri" w:hAnsi="Calibri" w:cs="Calibri"/>
          <w:sz w:val="22"/>
        </w:rPr>
        <w:t xml:space="preserve"> le </w:t>
      </w:r>
      <w:proofErr w:type="spellStart"/>
      <w:r w:rsidRPr="00713C8E">
        <w:rPr>
          <w:rFonts w:ascii="Calibri" w:hAnsi="Calibri" w:cs="Calibri"/>
          <w:sz w:val="22"/>
        </w:rPr>
        <w:t>seguenti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condizioni</w:t>
      </w:r>
      <w:proofErr w:type="spellEnd"/>
      <w:r w:rsidRPr="00713C8E">
        <w:rPr>
          <w:rFonts w:ascii="Calibri" w:hAnsi="Calibri" w:cs="Calibri"/>
          <w:sz w:val="22"/>
        </w:rPr>
        <w:t>:</w:t>
      </w:r>
    </w:p>
    <w:p w14:paraId="4B878611" w14:textId="77777777" w:rsidR="00194560" w:rsidRPr="00713C8E" w:rsidRDefault="0002093B">
      <w:pPr>
        <w:spacing w:after="40"/>
        <w:ind w:left="173"/>
        <w:rPr>
          <w:rFonts w:ascii="Calibri" w:hAnsi="Calibri" w:cs="Calibri"/>
          <w:sz w:val="20"/>
          <w:szCs w:val="20"/>
        </w:rPr>
      </w:pPr>
      <w:r w:rsidRPr="00713C8E">
        <w:rPr>
          <w:rFonts w:ascii="Segoe UI Symbol" w:hAnsi="Segoe UI Symbol" w:cs="Segoe UI Symbol"/>
          <w:sz w:val="20"/>
          <w:szCs w:val="20"/>
        </w:rPr>
        <w:t>☐</w:t>
      </w:r>
      <w:r w:rsidRPr="00713C8E">
        <w:rPr>
          <w:rFonts w:ascii="Calibri" w:hAnsi="Calibri" w:cs="Calibri"/>
          <w:sz w:val="20"/>
          <w:szCs w:val="20"/>
        </w:rPr>
        <w:t xml:space="preserve"> la </w:t>
      </w:r>
      <w:proofErr w:type="spellStart"/>
      <w:r w:rsidRPr="00713C8E">
        <w:rPr>
          <w:rFonts w:ascii="Calibri" w:hAnsi="Calibri" w:cs="Calibri"/>
          <w:sz w:val="20"/>
          <w:szCs w:val="20"/>
        </w:rPr>
        <w:t>partecipazione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ai </w:t>
      </w:r>
      <w:proofErr w:type="spellStart"/>
      <w:r w:rsidRPr="00713C8E">
        <w:rPr>
          <w:rFonts w:ascii="Calibri" w:hAnsi="Calibri" w:cs="Calibri"/>
          <w:sz w:val="20"/>
          <w:szCs w:val="20"/>
        </w:rPr>
        <w:t>corsi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è </w:t>
      </w:r>
      <w:proofErr w:type="spellStart"/>
      <w:r w:rsidRPr="00713C8E">
        <w:rPr>
          <w:rFonts w:ascii="Calibri" w:hAnsi="Calibri" w:cs="Calibri"/>
          <w:sz w:val="20"/>
          <w:szCs w:val="20"/>
        </w:rPr>
        <w:t>gratuita</w:t>
      </w:r>
      <w:proofErr w:type="spellEnd"/>
      <w:r w:rsidRPr="00713C8E">
        <w:rPr>
          <w:rFonts w:ascii="Calibri" w:hAnsi="Calibri" w:cs="Calibri"/>
          <w:sz w:val="20"/>
          <w:szCs w:val="20"/>
        </w:rPr>
        <w:t>;</w:t>
      </w:r>
    </w:p>
    <w:p w14:paraId="292F0DF3" w14:textId="77777777" w:rsidR="00194560" w:rsidRPr="00713C8E" w:rsidRDefault="0002093B">
      <w:pPr>
        <w:spacing w:after="40"/>
        <w:ind w:left="173"/>
        <w:rPr>
          <w:rFonts w:ascii="Calibri" w:hAnsi="Calibri" w:cs="Calibri"/>
          <w:sz w:val="20"/>
          <w:szCs w:val="20"/>
        </w:rPr>
      </w:pPr>
      <w:r w:rsidRPr="00713C8E">
        <w:rPr>
          <w:rFonts w:ascii="Segoe UI Symbol" w:hAnsi="Segoe UI Symbol" w:cs="Segoe UI Symbol"/>
          <w:sz w:val="20"/>
          <w:szCs w:val="20"/>
        </w:rPr>
        <w:t>☐</w:t>
      </w:r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l’iscrizione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è </w:t>
      </w:r>
      <w:proofErr w:type="spellStart"/>
      <w:r w:rsidRPr="00713C8E">
        <w:rPr>
          <w:rFonts w:ascii="Calibri" w:hAnsi="Calibri" w:cs="Calibri"/>
          <w:sz w:val="20"/>
          <w:szCs w:val="20"/>
        </w:rPr>
        <w:t>subordinata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alla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disponibilità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dei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posti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; in </w:t>
      </w:r>
      <w:proofErr w:type="spellStart"/>
      <w:r w:rsidRPr="00713C8E">
        <w:rPr>
          <w:rFonts w:ascii="Calibri" w:hAnsi="Calibri" w:cs="Calibri"/>
          <w:sz w:val="20"/>
          <w:szCs w:val="20"/>
        </w:rPr>
        <w:t>caso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di </w:t>
      </w:r>
      <w:proofErr w:type="spellStart"/>
      <w:r w:rsidRPr="00713C8E">
        <w:rPr>
          <w:rFonts w:ascii="Calibri" w:hAnsi="Calibri" w:cs="Calibri"/>
          <w:sz w:val="20"/>
          <w:szCs w:val="20"/>
        </w:rPr>
        <w:t>richieste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superiori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ai </w:t>
      </w:r>
      <w:proofErr w:type="spellStart"/>
      <w:r w:rsidRPr="00713C8E">
        <w:rPr>
          <w:rFonts w:ascii="Calibri" w:hAnsi="Calibri" w:cs="Calibri"/>
          <w:sz w:val="20"/>
          <w:szCs w:val="20"/>
        </w:rPr>
        <w:t>posti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disponibili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713C8E">
        <w:rPr>
          <w:rFonts w:ascii="Calibri" w:hAnsi="Calibri" w:cs="Calibri"/>
          <w:sz w:val="20"/>
          <w:szCs w:val="20"/>
        </w:rPr>
        <w:t>sarà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riconosciuta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priorità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alle </w:t>
      </w:r>
      <w:proofErr w:type="spellStart"/>
      <w:r w:rsidRPr="00713C8E">
        <w:rPr>
          <w:rFonts w:ascii="Calibri" w:hAnsi="Calibri" w:cs="Calibri"/>
          <w:sz w:val="20"/>
          <w:szCs w:val="20"/>
        </w:rPr>
        <w:t>imprese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operanti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nel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territorio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comunale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e ai </w:t>
      </w:r>
      <w:proofErr w:type="spellStart"/>
      <w:r w:rsidRPr="00713C8E">
        <w:rPr>
          <w:rFonts w:ascii="Calibri" w:hAnsi="Calibri" w:cs="Calibri"/>
          <w:sz w:val="20"/>
          <w:szCs w:val="20"/>
        </w:rPr>
        <w:t>cittadini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residenti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nel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Comune di Cavallino-Treporti;</w:t>
      </w:r>
    </w:p>
    <w:p w14:paraId="0D36D99B" w14:textId="77777777" w:rsidR="00194560" w:rsidRPr="00713C8E" w:rsidRDefault="0002093B">
      <w:pPr>
        <w:spacing w:after="40"/>
        <w:ind w:left="173"/>
        <w:rPr>
          <w:rFonts w:ascii="Calibri" w:hAnsi="Calibri" w:cs="Calibri"/>
          <w:sz w:val="20"/>
          <w:szCs w:val="20"/>
        </w:rPr>
      </w:pPr>
      <w:r w:rsidRPr="00713C8E">
        <w:rPr>
          <w:rFonts w:ascii="Segoe UI Symbol" w:hAnsi="Segoe UI Symbol" w:cs="Segoe UI Symbol"/>
          <w:sz w:val="20"/>
          <w:szCs w:val="20"/>
        </w:rPr>
        <w:t>☐</w:t>
      </w:r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si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impegna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713C8E">
        <w:rPr>
          <w:rFonts w:ascii="Calibri" w:hAnsi="Calibri" w:cs="Calibri"/>
          <w:sz w:val="20"/>
          <w:szCs w:val="20"/>
        </w:rPr>
        <w:t>rispettare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il </w:t>
      </w:r>
      <w:proofErr w:type="spellStart"/>
      <w:r w:rsidRPr="00713C8E">
        <w:rPr>
          <w:rFonts w:ascii="Calibri" w:hAnsi="Calibri" w:cs="Calibri"/>
          <w:sz w:val="20"/>
          <w:szCs w:val="20"/>
        </w:rPr>
        <w:t>calendario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e </w:t>
      </w:r>
      <w:proofErr w:type="spellStart"/>
      <w:r w:rsidRPr="00713C8E">
        <w:rPr>
          <w:rFonts w:ascii="Calibri" w:hAnsi="Calibri" w:cs="Calibri"/>
          <w:sz w:val="20"/>
          <w:szCs w:val="20"/>
        </w:rPr>
        <w:t>gli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orari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comunicati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dall’Amministrazione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comunale</w:t>
      </w:r>
      <w:proofErr w:type="spellEnd"/>
      <w:r w:rsidRPr="00713C8E">
        <w:rPr>
          <w:rFonts w:ascii="Calibri" w:hAnsi="Calibri" w:cs="Calibri"/>
          <w:sz w:val="20"/>
          <w:szCs w:val="20"/>
        </w:rPr>
        <w:t>;</w:t>
      </w:r>
    </w:p>
    <w:p w14:paraId="0C46B6E0" w14:textId="77777777" w:rsidR="00194560" w:rsidRPr="00713C8E" w:rsidRDefault="0002093B">
      <w:pPr>
        <w:spacing w:after="40"/>
        <w:ind w:left="173"/>
        <w:rPr>
          <w:rFonts w:ascii="Calibri" w:hAnsi="Calibri" w:cs="Calibri"/>
          <w:sz w:val="20"/>
          <w:szCs w:val="20"/>
        </w:rPr>
      </w:pPr>
      <w:r w:rsidRPr="00713C8E">
        <w:rPr>
          <w:rFonts w:ascii="Segoe UI Symbol" w:hAnsi="Segoe UI Symbol" w:cs="Segoe UI Symbol"/>
          <w:sz w:val="20"/>
          <w:szCs w:val="20"/>
        </w:rPr>
        <w:t>☐</w:t>
      </w:r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prende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atto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che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date, </w:t>
      </w:r>
      <w:proofErr w:type="spellStart"/>
      <w:r w:rsidRPr="00713C8E">
        <w:rPr>
          <w:rFonts w:ascii="Calibri" w:hAnsi="Calibri" w:cs="Calibri"/>
          <w:sz w:val="20"/>
          <w:szCs w:val="20"/>
        </w:rPr>
        <w:t>sedi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ed </w:t>
      </w:r>
      <w:proofErr w:type="spellStart"/>
      <w:r w:rsidRPr="00713C8E">
        <w:rPr>
          <w:rFonts w:ascii="Calibri" w:hAnsi="Calibri" w:cs="Calibri"/>
          <w:sz w:val="20"/>
          <w:szCs w:val="20"/>
        </w:rPr>
        <w:t>eventuali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variazioni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saranno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comunicate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tramite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i </w:t>
      </w:r>
      <w:proofErr w:type="spellStart"/>
      <w:r w:rsidRPr="00713C8E">
        <w:rPr>
          <w:rFonts w:ascii="Calibri" w:hAnsi="Calibri" w:cs="Calibri"/>
          <w:sz w:val="20"/>
          <w:szCs w:val="20"/>
        </w:rPr>
        <w:t>recapiti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indicati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713C8E">
        <w:rPr>
          <w:rFonts w:ascii="Calibri" w:hAnsi="Calibri" w:cs="Calibri"/>
          <w:sz w:val="20"/>
          <w:szCs w:val="20"/>
        </w:rPr>
        <w:t>nel</w:t>
      </w:r>
      <w:proofErr w:type="spellEnd"/>
      <w:r w:rsidRPr="00713C8E">
        <w:rPr>
          <w:rFonts w:ascii="Calibri" w:hAnsi="Calibri" w:cs="Calibri"/>
          <w:sz w:val="20"/>
          <w:szCs w:val="20"/>
        </w:rPr>
        <w:t xml:space="preserve"> modulo.</w:t>
      </w:r>
    </w:p>
    <w:p w14:paraId="3025467A" w14:textId="77777777" w:rsidR="00713C8E" w:rsidRPr="00713C8E" w:rsidRDefault="00713C8E">
      <w:pPr>
        <w:spacing w:after="40"/>
        <w:ind w:left="173"/>
        <w:rPr>
          <w:rFonts w:ascii="Calibri" w:hAnsi="Calibri" w:cs="Calibri"/>
          <w:sz w:val="10"/>
          <w:szCs w:val="10"/>
        </w:rPr>
      </w:pPr>
    </w:p>
    <w:p w14:paraId="0FE25F42" w14:textId="77777777" w:rsidR="00194560" w:rsidRPr="00713C8E" w:rsidRDefault="0002093B">
      <w:pPr>
        <w:pBdr>
          <w:bottom w:val="single" w:sz="6" w:space="2" w:color="9A1B32"/>
        </w:pBdr>
        <w:spacing w:before="100"/>
        <w:rPr>
          <w:rFonts w:ascii="Calibri" w:hAnsi="Calibri" w:cs="Calibri"/>
          <w:sz w:val="22"/>
        </w:rPr>
      </w:pPr>
      <w:r w:rsidRPr="00713C8E">
        <w:rPr>
          <w:rFonts w:ascii="Calibri" w:hAnsi="Calibri" w:cs="Calibri"/>
          <w:b/>
          <w:color w:val="801C2D"/>
          <w:sz w:val="22"/>
        </w:rPr>
        <w:t>5. INFORMATIVA SUL TRATTAMENTO DEI DATI PERSONALI</w:t>
      </w:r>
    </w:p>
    <w:p w14:paraId="7A6D1D12" w14:textId="77777777" w:rsidR="00194560" w:rsidRPr="00713C8E" w:rsidRDefault="0002093B" w:rsidP="00713C8E">
      <w:pPr>
        <w:spacing w:after="0" w:line="240" w:lineRule="auto"/>
        <w:jc w:val="both"/>
        <w:rPr>
          <w:rFonts w:ascii="Calibri" w:hAnsi="Calibri" w:cs="Calibri"/>
          <w:sz w:val="22"/>
        </w:rPr>
      </w:pPr>
      <w:r w:rsidRPr="00713C8E">
        <w:rPr>
          <w:rFonts w:ascii="Calibri" w:hAnsi="Calibri" w:cs="Calibri"/>
          <w:sz w:val="22"/>
        </w:rPr>
        <w:t xml:space="preserve">Il Comune di Cavallino-Treporti </w:t>
      </w:r>
      <w:proofErr w:type="spellStart"/>
      <w:r w:rsidRPr="00713C8E">
        <w:rPr>
          <w:rFonts w:ascii="Calibri" w:hAnsi="Calibri" w:cs="Calibri"/>
          <w:sz w:val="22"/>
        </w:rPr>
        <w:t>tratterà</w:t>
      </w:r>
      <w:proofErr w:type="spellEnd"/>
      <w:r w:rsidRPr="00713C8E">
        <w:rPr>
          <w:rFonts w:ascii="Calibri" w:hAnsi="Calibri" w:cs="Calibri"/>
          <w:sz w:val="22"/>
        </w:rPr>
        <w:t xml:space="preserve"> i </w:t>
      </w:r>
      <w:proofErr w:type="spellStart"/>
      <w:r w:rsidRPr="00713C8E">
        <w:rPr>
          <w:rFonts w:ascii="Calibri" w:hAnsi="Calibri" w:cs="Calibri"/>
          <w:sz w:val="22"/>
        </w:rPr>
        <w:t>dati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personali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forniti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nel</w:t>
      </w:r>
      <w:proofErr w:type="spellEnd"/>
      <w:r w:rsidRPr="00713C8E">
        <w:rPr>
          <w:rFonts w:ascii="Calibri" w:hAnsi="Calibri" w:cs="Calibri"/>
          <w:sz w:val="22"/>
        </w:rPr>
        <w:t xml:space="preserve"> rispetto del </w:t>
      </w:r>
      <w:proofErr w:type="spellStart"/>
      <w:r w:rsidRPr="00713C8E">
        <w:rPr>
          <w:rFonts w:ascii="Calibri" w:hAnsi="Calibri" w:cs="Calibri"/>
          <w:sz w:val="22"/>
        </w:rPr>
        <w:t>Regolamento</w:t>
      </w:r>
      <w:proofErr w:type="spellEnd"/>
      <w:r w:rsidRPr="00713C8E">
        <w:rPr>
          <w:rFonts w:ascii="Calibri" w:hAnsi="Calibri" w:cs="Calibri"/>
          <w:sz w:val="22"/>
        </w:rPr>
        <w:t xml:space="preserve"> (UE) 2016/679 (GDPR) e </w:t>
      </w:r>
      <w:proofErr w:type="spellStart"/>
      <w:r w:rsidRPr="00713C8E">
        <w:rPr>
          <w:rFonts w:ascii="Calibri" w:hAnsi="Calibri" w:cs="Calibri"/>
          <w:sz w:val="22"/>
        </w:rPr>
        <w:t>della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normativa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nazionale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vigente</w:t>
      </w:r>
      <w:proofErr w:type="spellEnd"/>
      <w:r w:rsidRPr="00713C8E">
        <w:rPr>
          <w:rFonts w:ascii="Calibri" w:hAnsi="Calibri" w:cs="Calibri"/>
          <w:sz w:val="22"/>
        </w:rPr>
        <w:t xml:space="preserve">, per la </w:t>
      </w:r>
      <w:proofErr w:type="spellStart"/>
      <w:r w:rsidRPr="00713C8E">
        <w:rPr>
          <w:rFonts w:ascii="Calibri" w:hAnsi="Calibri" w:cs="Calibri"/>
          <w:sz w:val="22"/>
        </w:rPr>
        <w:t>gestione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delle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iscrizioni</w:t>
      </w:r>
      <w:proofErr w:type="spellEnd"/>
      <w:r w:rsidRPr="00713C8E">
        <w:rPr>
          <w:rFonts w:ascii="Calibri" w:hAnsi="Calibri" w:cs="Calibri"/>
          <w:sz w:val="22"/>
        </w:rPr>
        <w:t xml:space="preserve"> e la </w:t>
      </w:r>
      <w:proofErr w:type="spellStart"/>
      <w:r w:rsidRPr="00713C8E">
        <w:rPr>
          <w:rFonts w:ascii="Calibri" w:hAnsi="Calibri" w:cs="Calibri"/>
          <w:sz w:val="22"/>
        </w:rPr>
        <w:t>realizzazione</w:t>
      </w:r>
      <w:proofErr w:type="spellEnd"/>
      <w:r w:rsidRPr="00713C8E">
        <w:rPr>
          <w:rFonts w:ascii="Calibri" w:hAnsi="Calibri" w:cs="Calibri"/>
          <w:sz w:val="22"/>
        </w:rPr>
        <w:t xml:space="preserve"> del </w:t>
      </w:r>
      <w:proofErr w:type="spellStart"/>
      <w:r w:rsidRPr="00713C8E">
        <w:rPr>
          <w:rFonts w:ascii="Calibri" w:hAnsi="Calibri" w:cs="Calibri"/>
          <w:sz w:val="22"/>
        </w:rPr>
        <w:t>progetto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formativo</w:t>
      </w:r>
      <w:proofErr w:type="spellEnd"/>
      <w:r w:rsidRPr="00713C8E">
        <w:rPr>
          <w:rFonts w:ascii="Calibri" w:hAnsi="Calibri" w:cs="Calibri"/>
          <w:sz w:val="22"/>
        </w:rPr>
        <w:t xml:space="preserve">. </w:t>
      </w:r>
      <w:proofErr w:type="spellStart"/>
      <w:r w:rsidRPr="00713C8E">
        <w:rPr>
          <w:rFonts w:ascii="Calibri" w:hAnsi="Calibri" w:cs="Calibri"/>
          <w:sz w:val="22"/>
        </w:rPr>
        <w:t>L’informativa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completa</w:t>
      </w:r>
      <w:proofErr w:type="spellEnd"/>
      <w:r w:rsidRPr="00713C8E">
        <w:rPr>
          <w:rFonts w:ascii="Calibri" w:hAnsi="Calibri" w:cs="Calibri"/>
          <w:sz w:val="22"/>
        </w:rPr>
        <w:t xml:space="preserve"> è </w:t>
      </w:r>
      <w:proofErr w:type="spellStart"/>
      <w:r w:rsidRPr="00713C8E">
        <w:rPr>
          <w:rFonts w:ascii="Calibri" w:hAnsi="Calibri" w:cs="Calibri"/>
          <w:sz w:val="22"/>
        </w:rPr>
        <w:t>consultabile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sul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sito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istituzionale</w:t>
      </w:r>
      <w:proofErr w:type="spellEnd"/>
      <w:r w:rsidRPr="00713C8E">
        <w:rPr>
          <w:rFonts w:ascii="Calibri" w:hAnsi="Calibri" w:cs="Calibri"/>
          <w:sz w:val="22"/>
        </w:rPr>
        <w:t xml:space="preserve"> del Comune </w:t>
      </w:r>
      <w:proofErr w:type="spellStart"/>
      <w:r w:rsidRPr="00713C8E">
        <w:rPr>
          <w:rFonts w:ascii="Calibri" w:hAnsi="Calibri" w:cs="Calibri"/>
          <w:sz w:val="22"/>
        </w:rPr>
        <w:t>alla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pagina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dedicata</w:t>
      </w:r>
      <w:proofErr w:type="spellEnd"/>
      <w:r w:rsidRPr="00713C8E">
        <w:rPr>
          <w:rFonts w:ascii="Calibri" w:hAnsi="Calibri" w:cs="Calibri"/>
          <w:sz w:val="22"/>
        </w:rPr>
        <w:t xml:space="preserve"> al </w:t>
      </w:r>
      <w:proofErr w:type="spellStart"/>
      <w:r w:rsidRPr="00713C8E">
        <w:rPr>
          <w:rFonts w:ascii="Calibri" w:hAnsi="Calibri" w:cs="Calibri"/>
          <w:sz w:val="22"/>
        </w:rPr>
        <w:t>progetto</w:t>
      </w:r>
      <w:proofErr w:type="spellEnd"/>
      <w:r w:rsidRPr="00713C8E">
        <w:rPr>
          <w:rFonts w:ascii="Calibri" w:hAnsi="Calibri" w:cs="Calibri"/>
          <w:sz w:val="22"/>
        </w:rPr>
        <w:t>:</w:t>
      </w:r>
    </w:p>
    <w:p w14:paraId="47014149" w14:textId="0089E2BD" w:rsidR="00194560" w:rsidRDefault="0002093B" w:rsidP="00713C8E">
      <w:pPr>
        <w:spacing w:after="0" w:line="240" w:lineRule="auto"/>
        <w:rPr>
          <w:rFonts w:ascii="Calibri" w:hAnsi="Calibri" w:cs="Calibri"/>
          <w:szCs w:val="18"/>
        </w:rPr>
      </w:pPr>
      <w:hyperlink r:id="rId8" w:history="1">
        <w:r w:rsidR="00713C8E" w:rsidRPr="00060B30">
          <w:rPr>
            <w:rStyle w:val="Collegamentoipertestuale"/>
            <w:rFonts w:ascii="Calibri" w:hAnsi="Calibri" w:cs="Calibri"/>
            <w:szCs w:val="18"/>
          </w:rPr>
          <w:t>https://www.comune.cavallinotreporti.ve.it/eventi/LABORATORIO-E-COMPETENZE-D-IMPRESA-PER-IL-COMMERCIO-E-I-SERVIZI.html</w:t>
        </w:r>
      </w:hyperlink>
      <w:r w:rsidR="00713C8E" w:rsidRPr="00060B30">
        <w:rPr>
          <w:rFonts w:ascii="Calibri" w:hAnsi="Calibri" w:cs="Calibri"/>
          <w:szCs w:val="18"/>
        </w:rPr>
        <w:tab/>
      </w:r>
    </w:p>
    <w:p w14:paraId="4CA1A04B" w14:textId="77777777" w:rsidR="00060B30" w:rsidRPr="00060B30" w:rsidRDefault="00060B30" w:rsidP="00713C8E">
      <w:pPr>
        <w:spacing w:after="0" w:line="240" w:lineRule="auto"/>
        <w:rPr>
          <w:rFonts w:ascii="Calibri" w:hAnsi="Calibri" w:cs="Calibri"/>
          <w:szCs w:val="18"/>
        </w:rPr>
      </w:pPr>
    </w:p>
    <w:p w14:paraId="16327034" w14:textId="77777777" w:rsidR="00194560" w:rsidRDefault="0002093B">
      <w:pPr>
        <w:rPr>
          <w:rFonts w:ascii="Calibri" w:hAnsi="Calibri" w:cs="Calibri"/>
          <w:sz w:val="22"/>
        </w:rPr>
      </w:pPr>
      <w:r w:rsidRPr="00713C8E">
        <w:rPr>
          <w:rFonts w:ascii="Segoe UI Symbol" w:hAnsi="Segoe UI Symbol" w:cs="Segoe UI Symbol"/>
          <w:sz w:val="22"/>
        </w:rPr>
        <w:t>☐</w:t>
      </w:r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Dichiaro</w:t>
      </w:r>
      <w:proofErr w:type="spellEnd"/>
      <w:r w:rsidRPr="00713C8E">
        <w:rPr>
          <w:rFonts w:ascii="Calibri" w:hAnsi="Calibri" w:cs="Calibri"/>
          <w:sz w:val="22"/>
        </w:rPr>
        <w:t xml:space="preserve"> di aver </w:t>
      </w:r>
      <w:proofErr w:type="spellStart"/>
      <w:r w:rsidRPr="00713C8E">
        <w:rPr>
          <w:rFonts w:ascii="Calibri" w:hAnsi="Calibri" w:cs="Calibri"/>
          <w:sz w:val="22"/>
        </w:rPr>
        <w:t>preso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visione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dell’informativa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sul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trattamento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dei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dati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personali</w:t>
      </w:r>
      <w:proofErr w:type="spellEnd"/>
      <w:r w:rsidRPr="00713C8E">
        <w:rPr>
          <w:rFonts w:ascii="Calibri" w:hAnsi="Calibri" w:cs="Calibri"/>
          <w:sz w:val="22"/>
        </w:rPr>
        <w:t>.</w:t>
      </w:r>
    </w:p>
    <w:p w14:paraId="03826603" w14:textId="77777777" w:rsidR="00713C8E" w:rsidRPr="00713C8E" w:rsidRDefault="00713C8E">
      <w:pPr>
        <w:rPr>
          <w:rFonts w:ascii="Calibri" w:hAnsi="Calibri" w:cs="Calibri"/>
          <w:sz w:val="10"/>
          <w:szCs w:val="10"/>
        </w:rPr>
      </w:pPr>
    </w:p>
    <w:p w14:paraId="280736D6" w14:textId="77777777" w:rsidR="00194560" w:rsidRPr="00713C8E" w:rsidRDefault="0002093B">
      <w:pPr>
        <w:pBdr>
          <w:bottom w:val="single" w:sz="6" w:space="2" w:color="9A1B32"/>
        </w:pBdr>
        <w:spacing w:before="100"/>
        <w:rPr>
          <w:rFonts w:ascii="Calibri" w:hAnsi="Calibri" w:cs="Calibri"/>
          <w:sz w:val="22"/>
        </w:rPr>
      </w:pPr>
      <w:r w:rsidRPr="00713C8E">
        <w:rPr>
          <w:rFonts w:ascii="Calibri" w:hAnsi="Calibri" w:cs="Calibri"/>
          <w:b/>
          <w:color w:val="801C2D"/>
          <w:sz w:val="22"/>
        </w:rPr>
        <w:t>6. DICHIARAZIONI E CONSENSO FACOLTATIVO</w:t>
      </w:r>
    </w:p>
    <w:p w14:paraId="37CF6F35" w14:textId="77777777" w:rsidR="00194560" w:rsidRDefault="0002093B" w:rsidP="00713C8E">
      <w:pPr>
        <w:spacing w:after="0" w:line="240" w:lineRule="auto"/>
        <w:jc w:val="both"/>
        <w:rPr>
          <w:rFonts w:ascii="Calibri" w:hAnsi="Calibri" w:cs="Calibri"/>
          <w:sz w:val="22"/>
        </w:rPr>
      </w:pPr>
      <w:r w:rsidRPr="00713C8E">
        <w:rPr>
          <w:rFonts w:ascii="Segoe UI Symbol" w:hAnsi="Segoe UI Symbol" w:cs="Segoe UI Symbol"/>
          <w:sz w:val="22"/>
        </w:rPr>
        <w:t>☐</w:t>
      </w:r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Dichiaro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che</w:t>
      </w:r>
      <w:proofErr w:type="spellEnd"/>
      <w:r w:rsidRPr="00713C8E">
        <w:rPr>
          <w:rFonts w:ascii="Calibri" w:hAnsi="Calibri" w:cs="Calibri"/>
          <w:sz w:val="22"/>
        </w:rPr>
        <w:t xml:space="preserve"> i </w:t>
      </w:r>
      <w:proofErr w:type="spellStart"/>
      <w:r w:rsidRPr="00713C8E">
        <w:rPr>
          <w:rFonts w:ascii="Calibri" w:hAnsi="Calibri" w:cs="Calibri"/>
          <w:sz w:val="22"/>
        </w:rPr>
        <w:t>dati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forniti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nel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presente</w:t>
      </w:r>
      <w:proofErr w:type="spellEnd"/>
      <w:r w:rsidRPr="00713C8E">
        <w:rPr>
          <w:rFonts w:ascii="Calibri" w:hAnsi="Calibri" w:cs="Calibri"/>
          <w:sz w:val="22"/>
        </w:rPr>
        <w:t xml:space="preserve"> modulo </w:t>
      </w:r>
      <w:proofErr w:type="spellStart"/>
      <w:r w:rsidRPr="00713C8E">
        <w:rPr>
          <w:rFonts w:ascii="Calibri" w:hAnsi="Calibri" w:cs="Calibri"/>
          <w:sz w:val="22"/>
        </w:rPr>
        <w:t>sono</w:t>
      </w:r>
      <w:proofErr w:type="spellEnd"/>
      <w:r w:rsidRPr="00713C8E">
        <w:rPr>
          <w:rFonts w:ascii="Calibri" w:hAnsi="Calibri" w:cs="Calibri"/>
          <w:sz w:val="22"/>
        </w:rPr>
        <w:t xml:space="preserve"> </w:t>
      </w:r>
      <w:proofErr w:type="spellStart"/>
      <w:r w:rsidRPr="00713C8E">
        <w:rPr>
          <w:rFonts w:ascii="Calibri" w:hAnsi="Calibri" w:cs="Calibri"/>
          <w:sz w:val="22"/>
        </w:rPr>
        <w:t>corretti</w:t>
      </w:r>
      <w:proofErr w:type="spellEnd"/>
      <w:r w:rsidRPr="00713C8E">
        <w:rPr>
          <w:rFonts w:ascii="Calibri" w:hAnsi="Calibri" w:cs="Calibri"/>
          <w:sz w:val="22"/>
        </w:rPr>
        <w:t xml:space="preserve"> e </w:t>
      </w:r>
      <w:proofErr w:type="spellStart"/>
      <w:r w:rsidRPr="00713C8E">
        <w:rPr>
          <w:rFonts w:ascii="Calibri" w:hAnsi="Calibri" w:cs="Calibri"/>
          <w:sz w:val="22"/>
        </w:rPr>
        <w:t>veritieri</w:t>
      </w:r>
      <w:proofErr w:type="spellEnd"/>
      <w:r w:rsidRPr="00713C8E">
        <w:rPr>
          <w:rFonts w:ascii="Calibri" w:hAnsi="Calibri" w:cs="Calibri"/>
          <w:sz w:val="22"/>
        </w:rPr>
        <w:t>.</w:t>
      </w:r>
    </w:p>
    <w:p w14:paraId="29EE5440" w14:textId="77777777" w:rsidR="0002093B" w:rsidRPr="00713C8E" w:rsidRDefault="0002093B" w:rsidP="00713C8E">
      <w:pPr>
        <w:spacing w:after="0" w:line="240" w:lineRule="auto"/>
        <w:jc w:val="both"/>
        <w:rPr>
          <w:rFonts w:ascii="Calibri" w:hAnsi="Calibri" w:cs="Calibri"/>
          <w:sz w:val="22"/>
        </w:rPr>
      </w:pPr>
    </w:p>
    <w:p w14:paraId="3D31C0E1" w14:textId="79659398" w:rsidR="00194560" w:rsidRPr="00713C8E" w:rsidRDefault="0002093B">
      <w:pPr>
        <w:spacing w:before="160" w:after="100"/>
        <w:rPr>
          <w:rFonts w:ascii="Calibri" w:hAnsi="Calibri" w:cs="Calibri"/>
        </w:rPr>
      </w:pPr>
      <w:proofErr w:type="spellStart"/>
      <w:r w:rsidRPr="00713C8E">
        <w:rPr>
          <w:rFonts w:ascii="Calibri" w:hAnsi="Calibri" w:cs="Calibri"/>
        </w:rPr>
        <w:t>Luogo</w:t>
      </w:r>
      <w:proofErr w:type="spellEnd"/>
      <w:r w:rsidRPr="00713C8E">
        <w:rPr>
          <w:rFonts w:ascii="Calibri" w:hAnsi="Calibri" w:cs="Calibri"/>
        </w:rPr>
        <w:t xml:space="preserve"> e data: __________________________________    </w:t>
      </w:r>
      <w:proofErr w:type="spellStart"/>
      <w:r w:rsidRPr="00713C8E">
        <w:rPr>
          <w:rFonts w:ascii="Calibri" w:hAnsi="Calibri" w:cs="Calibri"/>
        </w:rPr>
        <w:t>Firma</w:t>
      </w:r>
      <w:proofErr w:type="spellEnd"/>
      <w:r w:rsidRPr="00713C8E">
        <w:rPr>
          <w:rFonts w:ascii="Calibri" w:hAnsi="Calibri" w:cs="Calibri"/>
        </w:rPr>
        <w:t>: __________________________________</w:t>
      </w:r>
      <w:r w:rsidR="00713C8E">
        <w:rPr>
          <w:rFonts w:ascii="Calibri" w:hAnsi="Calibri" w:cs="Calibri"/>
        </w:rPr>
        <w:t>__________________________</w:t>
      </w:r>
    </w:p>
    <w:sectPr w:rsidR="00194560" w:rsidRPr="00713C8E" w:rsidSect="00034616">
      <w:headerReference w:type="default" r:id="rId9"/>
      <w:footerReference w:type="default" r:id="rId10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73950" w14:textId="77777777" w:rsidR="00DE413C" w:rsidRDefault="00DE413C">
      <w:pPr>
        <w:spacing w:after="0" w:line="240" w:lineRule="auto"/>
      </w:pPr>
      <w:r>
        <w:separator/>
      </w:r>
    </w:p>
  </w:endnote>
  <w:endnote w:type="continuationSeparator" w:id="0">
    <w:p w14:paraId="07775530" w14:textId="77777777" w:rsidR="00DE413C" w:rsidRDefault="00DE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5AAA9" w14:textId="77777777" w:rsidR="00713C8E" w:rsidRPr="00713C8E" w:rsidRDefault="00713C8E" w:rsidP="00713C8E">
    <w:pPr>
      <w:spacing w:before="80"/>
      <w:jc w:val="center"/>
      <w:rPr>
        <w:rFonts w:ascii="Calibri" w:hAnsi="Calibri" w:cs="Calibri"/>
      </w:rPr>
    </w:pPr>
    <w:r w:rsidRPr="00713C8E">
      <w:rPr>
        <w:rFonts w:ascii="Calibri" w:hAnsi="Calibri" w:cs="Calibri"/>
        <w:color w:val="5A5A5A"/>
        <w:sz w:val="16"/>
      </w:rPr>
      <w:t xml:space="preserve">Per </w:t>
    </w:r>
    <w:proofErr w:type="spellStart"/>
    <w:r w:rsidRPr="00713C8E">
      <w:rPr>
        <w:rFonts w:ascii="Calibri" w:hAnsi="Calibri" w:cs="Calibri"/>
        <w:color w:val="5A5A5A"/>
        <w:sz w:val="16"/>
      </w:rPr>
      <w:t>informazioni</w:t>
    </w:r>
    <w:proofErr w:type="spellEnd"/>
    <w:r w:rsidRPr="00713C8E">
      <w:rPr>
        <w:rFonts w:ascii="Calibri" w:hAnsi="Calibri" w:cs="Calibri"/>
        <w:color w:val="5A5A5A"/>
        <w:sz w:val="16"/>
      </w:rPr>
      <w:t xml:space="preserve">: </w:t>
    </w:r>
    <w:proofErr w:type="spellStart"/>
    <w:r w:rsidRPr="00713C8E">
      <w:rPr>
        <w:rFonts w:ascii="Calibri" w:hAnsi="Calibri" w:cs="Calibri"/>
        <w:color w:val="5A5A5A"/>
        <w:sz w:val="16"/>
      </w:rPr>
      <w:t>Servizio</w:t>
    </w:r>
    <w:proofErr w:type="spellEnd"/>
    <w:r w:rsidRPr="00713C8E">
      <w:rPr>
        <w:rFonts w:ascii="Calibri" w:hAnsi="Calibri" w:cs="Calibri"/>
        <w:color w:val="5A5A5A"/>
        <w:sz w:val="16"/>
      </w:rPr>
      <w:t xml:space="preserve"> </w:t>
    </w:r>
    <w:proofErr w:type="spellStart"/>
    <w:r w:rsidRPr="00713C8E">
      <w:rPr>
        <w:rFonts w:ascii="Calibri" w:hAnsi="Calibri" w:cs="Calibri"/>
        <w:color w:val="5A5A5A"/>
        <w:sz w:val="16"/>
      </w:rPr>
      <w:t>Attività</w:t>
    </w:r>
    <w:proofErr w:type="spellEnd"/>
    <w:r w:rsidRPr="00713C8E">
      <w:rPr>
        <w:rFonts w:ascii="Calibri" w:hAnsi="Calibri" w:cs="Calibri"/>
        <w:color w:val="5A5A5A"/>
        <w:sz w:val="16"/>
      </w:rPr>
      <w:t xml:space="preserve"> </w:t>
    </w:r>
    <w:proofErr w:type="spellStart"/>
    <w:r w:rsidRPr="00713C8E">
      <w:rPr>
        <w:rFonts w:ascii="Calibri" w:hAnsi="Calibri" w:cs="Calibri"/>
        <w:color w:val="5A5A5A"/>
        <w:sz w:val="16"/>
      </w:rPr>
      <w:t>Economiche</w:t>
    </w:r>
    <w:proofErr w:type="spellEnd"/>
    <w:r w:rsidRPr="00713C8E">
      <w:rPr>
        <w:rFonts w:ascii="Calibri" w:hAnsi="Calibri" w:cs="Calibri"/>
        <w:color w:val="5A5A5A"/>
        <w:sz w:val="16"/>
      </w:rPr>
      <w:t xml:space="preserve"> e </w:t>
    </w:r>
    <w:proofErr w:type="spellStart"/>
    <w:r w:rsidRPr="00713C8E">
      <w:rPr>
        <w:rFonts w:ascii="Calibri" w:hAnsi="Calibri" w:cs="Calibri"/>
        <w:color w:val="5A5A5A"/>
        <w:sz w:val="16"/>
      </w:rPr>
      <w:t>Produttive</w:t>
    </w:r>
    <w:proofErr w:type="spellEnd"/>
    <w:r w:rsidRPr="00713C8E">
      <w:rPr>
        <w:rFonts w:ascii="Calibri" w:hAnsi="Calibri" w:cs="Calibri"/>
        <w:color w:val="5A5A5A"/>
        <w:sz w:val="16"/>
      </w:rPr>
      <w:br/>
      <w:t>Tel. 041 2909743/794 – e-mail: commercio@comunecavallinotreporti.it</w:t>
    </w:r>
  </w:p>
  <w:p w14:paraId="5CE63773" w14:textId="475397DC" w:rsidR="00194560" w:rsidRPr="00713C8E" w:rsidRDefault="00194560" w:rsidP="00713C8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5734C" w14:textId="77777777" w:rsidR="00DE413C" w:rsidRDefault="00DE413C">
      <w:pPr>
        <w:spacing w:after="0" w:line="240" w:lineRule="auto"/>
      </w:pPr>
      <w:r>
        <w:separator/>
      </w:r>
    </w:p>
  </w:footnote>
  <w:footnote w:type="continuationSeparator" w:id="0">
    <w:p w14:paraId="170C38F9" w14:textId="77777777" w:rsidR="00DE413C" w:rsidRDefault="00DE4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B5F96" w14:textId="0DFF1382" w:rsidR="00713C8E" w:rsidRDefault="00713C8E">
    <w:pPr>
      <w:pStyle w:val="Intestazione"/>
    </w:pPr>
    <w:r>
      <w:rPr>
        <w:rFonts w:ascii="Calibri" w:hAnsi="Calibri" w:cs="Calibri"/>
        <w:b/>
        <w:bCs/>
        <w:noProof/>
        <w:color w:val="000000"/>
        <w:sz w:val="28"/>
        <w:szCs w:val="28"/>
      </w:rPr>
      <w:drawing>
        <wp:anchor distT="0" distB="0" distL="114300" distR="114300" simplePos="0" relativeHeight="251659264" behindDoc="0" locked="0" layoutInCell="1" allowOverlap="1" wp14:anchorId="6FA90C4D" wp14:editId="6C95D2F5">
          <wp:simplePos x="0" y="0"/>
          <wp:positionH relativeFrom="column">
            <wp:posOffset>-345440</wp:posOffset>
          </wp:positionH>
          <wp:positionV relativeFrom="paragraph">
            <wp:posOffset>-371475</wp:posOffset>
          </wp:positionV>
          <wp:extent cx="3886200" cy="1104900"/>
          <wp:effectExtent l="0" t="0" r="0" b="0"/>
          <wp:wrapNone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6204" cy="110490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b/>
        <w:bCs/>
        <w:noProof/>
        <w:color w:val="000000"/>
        <w:sz w:val="28"/>
        <w:szCs w:val="28"/>
      </w:rPr>
      <w:drawing>
        <wp:anchor distT="0" distB="0" distL="114300" distR="114300" simplePos="0" relativeHeight="251661312" behindDoc="0" locked="0" layoutInCell="1" allowOverlap="1" wp14:anchorId="1A19D741" wp14:editId="5C2870B4">
          <wp:simplePos x="0" y="0"/>
          <wp:positionH relativeFrom="column">
            <wp:posOffset>3702685</wp:posOffset>
          </wp:positionH>
          <wp:positionV relativeFrom="paragraph">
            <wp:posOffset>-200025</wp:posOffset>
          </wp:positionV>
          <wp:extent cx="1397834" cy="666753"/>
          <wp:effectExtent l="0" t="0" r="0" b="0"/>
          <wp:wrapNone/>
          <wp:docPr id="2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97834" cy="66675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8437860">
    <w:abstractNumId w:val="8"/>
  </w:num>
  <w:num w:numId="2" w16cid:durableId="13384440">
    <w:abstractNumId w:val="6"/>
  </w:num>
  <w:num w:numId="3" w16cid:durableId="488450168">
    <w:abstractNumId w:val="5"/>
  </w:num>
  <w:num w:numId="4" w16cid:durableId="248000062">
    <w:abstractNumId w:val="4"/>
  </w:num>
  <w:num w:numId="5" w16cid:durableId="1486582205">
    <w:abstractNumId w:val="7"/>
  </w:num>
  <w:num w:numId="6" w16cid:durableId="737633442">
    <w:abstractNumId w:val="3"/>
  </w:num>
  <w:num w:numId="7" w16cid:durableId="68770423">
    <w:abstractNumId w:val="2"/>
  </w:num>
  <w:num w:numId="8" w16cid:durableId="610011257">
    <w:abstractNumId w:val="1"/>
  </w:num>
  <w:num w:numId="9" w16cid:durableId="1760104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93B"/>
    <w:rsid w:val="00034616"/>
    <w:rsid w:val="0006063C"/>
    <w:rsid w:val="00060B30"/>
    <w:rsid w:val="0015074B"/>
    <w:rsid w:val="00194560"/>
    <w:rsid w:val="0029639D"/>
    <w:rsid w:val="002D3EFC"/>
    <w:rsid w:val="002F1020"/>
    <w:rsid w:val="00326F90"/>
    <w:rsid w:val="00520D11"/>
    <w:rsid w:val="00713C8E"/>
    <w:rsid w:val="00AA1D8D"/>
    <w:rsid w:val="00B47730"/>
    <w:rsid w:val="00CB0664"/>
    <w:rsid w:val="00DE41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D85FF1"/>
  <w14:defaultImageDpi w14:val="300"/>
  <w15:docId w15:val="{2AAE79C2-4170-445E-8E41-DD4483BE5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01C2D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19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713C8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3C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.cavallinotreporti.ve.it/eventi/LABORATORIO-E-COMPETENZE-D-IMPRESA-PER-IL-COMMERCIO-E-I-SERVIZI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 smerghetto</cp:lastModifiedBy>
  <cp:revision>5</cp:revision>
  <dcterms:created xsi:type="dcterms:W3CDTF">2026-10-22T09:58:00Z</dcterms:created>
  <dcterms:modified xsi:type="dcterms:W3CDTF">2026-10-27T08:33:00Z</dcterms:modified>
  <cp:category/>
</cp:coreProperties>
</file>